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7C5DC" w14:textId="77777777" w:rsidR="00567AA3" w:rsidRPr="0089220E" w:rsidRDefault="00D67D08">
      <w:pPr>
        <w:spacing w:before="1900"/>
        <w:jc w:val="center"/>
        <w:rPr>
          <w:rFonts w:ascii="Helvetica" w:hAnsi="Helvetica"/>
          <w:color w:val="000000" w:themeColor="text1"/>
        </w:rPr>
      </w:pPr>
      <w:r>
        <w:rPr>
          <w:rFonts w:ascii="Helvetica" w:eastAsia="Helvetica" w:hAnsi="Helvetica" w:cs="Arial"/>
          <w:b/>
          <w:bCs/>
          <w:color w:val="000000"/>
          <w:sz w:val="24"/>
          <w:szCs w:val="24"/>
          <w:lang w:val="cy-GB"/>
        </w:rPr>
        <w:t>HER CODIO 2027</w:t>
      </w:r>
    </w:p>
    <w:p w14:paraId="20BE3F8C" w14:textId="77777777" w:rsidR="00567AA3" w:rsidRPr="0089220E" w:rsidRDefault="00D67D08">
      <w:pPr>
        <w:pStyle w:val="Title"/>
        <w:jc w:val="center"/>
        <w:rPr>
          <w:rFonts w:ascii="Helvetica" w:hAnsi="Helvetica"/>
          <w:b/>
          <w:bCs/>
          <w:color w:val="1B6434"/>
        </w:rPr>
      </w:pPr>
      <w:r>
        <w:rPr>
          <w:rFonts w:ascii="Helvetica" w:eastAsia="Helvetica" w:hAnsi="Helvetica" w:cs="Times New Roman"/>
          <w:b/>
          <w:bCs/>
          <w:color w:val="1B6434"/>
          <w:spacing w:val="0"/>
          <w:szCs w:val="68"/>
          <w:lang w:val="cy-GB"/>
        </w:rPr>
        <w:t>Themâu Cysylltiol</w:t>
      </w:r>
    </w:p>
    <w:p w14:paraId="3D98A14C" w14:textId="77777777" w:rsidR="00567AA3" w:rsidRPr="004B7A82" w:rsidRDefault="00D67D08">
      <w:pPr>
        <w:jc w:val="center"/>
        <w:rPr>
          <w:rFonts w:ascii="Helvetica" w:hAnsi="Helvetica"/>
          <w:b/>
          <w:bCs/>
          <w:color w:val="000000" w:themeColor="text1"/>
          <w:sz w:val="40"/>
          <w:szCs w:val="40"/>
        </w:rPr>
      </w:pPr>
      <w:r>
        <w:rPr>
          <w:rFonts w:ascii="Helvetica" w:eastAsia="Helvetica" w:hAnsi="Helvetica" w:cs="Arial"/>
          <w:b/>
          <w:bCs/>
          <w:color w:val="000000"/>
          <w:sz w:val="40"/>
          <w:szCs w:val="40"/>
          <w:lang w:val="cy-GB"/>
        </w:rPr>
        <w:t>Archwiliwch yr heriau. Dewiswch thema. Dewch â'ch syniad yn fyw.</w:t>
      </w:r>
    </w:p>
    <w:p w14:paraId="17C0FA8C" w14:textId="77777777" w:rsidR="00567AA3" w:rsidRPr="004B7A82" w:rsidRDefault="00D67D08">
      <w:pPr>
        <w:spacing w:before="600"/>
        <w:jc w:val="center"/>
        <w:rPr>
          <w:rFonts w:ascii="Helvetica" w:hAnsi="Helvetica"/>
          <w:iCs/>
          <w:color w:val="000000" w:themeColor="text1"/>
          <w:sz w:val="40"/>
          <w:szCs w:val="40"/>
        </w:rPr>
      </w:pPr>
      <w:r>
        <w:rPr>
          <w:rFonts w:ascii="Helvetica" w:eastAsia="Helvetica" w:hAnsi="Helvetica" w:cs="Arial"/>
          <w:iCs/>
          <w:color w:val="000000"/>
          <w:sz w:val="40"/>
          <w:szCs w:val="40"/>
          <w:lang w:val="cy-GB"/>
        </w:rPr>
        <w:t>Canllaw ynghylch y themâu ar gyfer ysgolion, colegau a thimau sy'n cyfranogi</w:t>
      </w:r>
    </w:p>
    <w:p w14:paraId="61588414" w14:textId="77777777" w:rsidR="00567AA3" w:rsidRPr="004B7A82" w:rsidRDefault="00D67D08">
      <w:pPr>
        <w:rPr>
          <w:rFonts w:ascii="Helvetica" w:hAnsi="Helvetica"/>
          <w:iCs/>
          <w:color w:val="000000" w:themeColor="text1"/>
          <w:sz w:val="40"/>
          <w:szCs w:val="40"/>
        </w:rPr>
      </w:pPr>
      <w:r w:rsidRPr="004B7A82">
        <w:rPr>
          <w:rFonts w:ascii="Helvetica" w:hAnsi="Helvetica"/>
          <w:iCs/>
          <w:color w:val="000000" w:themeColor="text1"/>
          <w:sz w:val="40"/>
          <w:szCs w:val="40"/>
        </w:rPr>
        <w:br w:type="page"/>
      </w:r>
    </w:p>
    <w:p w14:paraId="1BCFEE73" w14:textId="77777777" w:rsidR="00567AA3" w:rsidRPr="0089220E" w:rsidRDefault="00D67D08">
      <w:pPr>
        <w:pStyle w:val="Heading1"/>
        <w:rPr>
          <w:rFonts w:ascii="Helvetica" w:hAnsi="Helvetica"/>
          <w:color w:val="1B6434"/>
        </w:rPr>
      </w:pPr>
      <w:r>
        <w:rPr>
          <w:rFonts w:ascii="Helvetica" w:eastAsia="Helvetica" w:hAnsi="Helvetica" w:cs="Times New Roman"/>
          <w:color w:val="1B6434"/>
          <w:szCs w:val="44"/>
          <w:lang w:val="cy-GB"/>
        </w:rPr>
        <w:lastRenderedPageBreak/>
        <w:t>Deall lefelau'r her</w:t>
      </w:r>
    </w:p>
    <w:p w14:paraId="12FB7CEF" w14:textId="77777777" w:rsidR="00567AA3" w:rsidRPr="0089220E" w:rsidRDefault="00D67D08">
      <w:pPr>
        <w:rPr>
          <w:rFonts w:ascii="Helvetica" w:hAnsi="Helvetica"/>
        </w:rPr>
      </w:pPr>
      <w:r>
        <w:rPr>
          <w:rFonts w:ascii="Helvetica" w:eastAsia="Helvetica" w:hAnsi="Helvetica" w:cs="Arial"/>
          <w:szCs w:val="21"/>
          <w:lang w:val="cy-GB"/>
        </w:rPr>
        <w:t>Mae'r Her Codio yn cefnogi dysgwyr sydd wedi cyrraedd gwahanol gamau yn eu taith ddigidol. Dylai timau ddewis dull sy'n adlewyrchu eu hoedran, eu profiad a'u hyder technegol. Dylid ystyried cynigion yng nghyd-destun lefel berthnasol y cyfranogi.</w:t>
      </w:r>
    </w:p>
    <w:tbl>
      <w:tblPr>
        <w:tblW w:w="0" w:type="auto"/>
        <w:jc w:val="center"/>
        <w:tblLook w:val="04A0" w:firstRow="1" w:lastRow="0" w:firstColumn="1" w:lastColumn="0" w:noHBand="0" w:noVBand="1"/>
      </w:tblPr>
      <w:tblGrid>
        <w:gridCol w:w="9910"/>
      </w:tblGrid>
      <w:tr w:rsidR="00A44D6C" w14:paraId="717A7558" w14:textId="77777777">
        <w:trPr>
          <w:jc w:val="center"/>
        </w:trPr>
        <w:tc>
          <w:tcPr>
            <w:tcW w:w="9936" w:type="dxa"/>
            <w:tcBorders>
              <w:top w:val="single" w:sz="10" w:space="0" w:color="00A6A6"/>
              <w:left w:val="single" w:sz="10" w:space="0" w:color="00A6A6"/>
              <w:bottom w:val="single" w:sz="10" w:space="0" w:color="00A6A6"/>
              <w:right w:val="single" w:sz="10" w:space="0" w:color="00A6A6"/>
            </w:tcBorders>
            <w:tcMar>
              <w:top w:w="190" w:type="dxa"/>
              <w:left w:w="190" w:type="dxa"/>
              <w:bottom w:w="190" w:type="dxa"/>
              <w:right w:w="190" w:type="dxa"/>
            </w:tcMar>
          </w:tcPr>
          <w:p w14:paraId="54F4976B" w14:textId="77777777" w:rsidR="00567AA3" w:rsidRPr="0089220E" w:rsidRDefault="00D67D08">
            <w:pPr>
              <w:rPr>
                <w:rFonts w:ascii="Helvetica" w:hAnsi="Helvetica"/>
              </w:rPr>
            </w:pPr>
            <w:r>
              <w:rPr>
                <w:rFonts w:ascii="Helvetica" w:eastAsia="Helvetica" w:hAnsi="Helvetica" w:cs="Arial"/>
                <w:b/>
                <w:bCs/>
                <w:color w:val="00A6A6"/>
                <w:sz w:val="34"/>
                <w:szCs w:val="34"/>
                <w:lang w:val="cy-GB"/>
              </w:rPr>
              <w:t>Lefel ysgol gynradd</w:t>
            </w:r>
          </w:p>
          <w:p w14:paraId="4661BF5C" w14:textId="77777777" w:rsidR="00567AA3" w:rsidRPr="0089220E" w:rsidRDefault="00D67D08">
            <w:pPr>
              <w:rPr>
                <w:rFonts w:ascii="Helvetica" w:hAnsi="Helvetica"/>
              </w:rPr>
            </w:pPr>
            <w:r>
              <w:rPr>
                <w:rFonts w:ascii="Helvetica" w:eastAsia="Helvetica" w:hAnsi="Helvetica" w:cs="Arial"/>
                <w:b/>
                <w:bCs/>
                <w:color w:val="00A6A6"/>
                <w:szCs w:val="21"/>
                <w:lang w:val="cy-GB"/>
              </w:rPr>
              <w:t>7 - 11 oed</w:t>
            </w:r>
          </w:p>
          <w:p w14:paraId="2EF6FDF2" w14:textId="77777777" w:rsidR="00567AA3" w:rsidRPr="0089220E" w:rsidRDefault="00D67D08">
            <w:pPr>
              <w:rPr>
                <w:rFonts w:ascii="Helvetica" w:hAnsi="Helvetica"/>
              </w:rPr>
            </w:pPr>
            <w:r>
              <w:rPr>
                <w:rFonts w:ascii="Helvetica" w:eastAsia="Helvetica" w:hAnsi="Helvetica" w:cs="Arial"/>
                <w:b/>
                <w:bCs/>
                <w:color w:val="00A6A6"/>
                <w:szCs w:val="21"/>
                <w:lang w:val="cy-GB"/>
              </w:rPr>
              <w:t>Cwmpas awgrymedig</w:t>
            </w:r>
          </w:p>
          <w:p w14:paraId="5478F85E" w14:textId="3FA82B1F" w:rsidR="00567AA3" w:rsidRPr="0089220E" w:rsidRDefault="00F931A7">
            <w:pPr>
              <w:rPr>
                <w:rFonts w:ascii="Helvetica" w:hAnsi="Helvetica"/>
              </w:rPr>
            </w:pPr>
            <w:r>
              <w:rPr>
                <w:rFonts w:ascii="Helvetica" w:hAnsi="Helvetica" w:cs="Helvetica"/>
                <w:szCs w:val="21"/>
                <w:lang w:val="cy-GB"/>
              </w:rPr>
              <w:t xml:space="preserve">Gêm Scratch syml ag un prif </w:t>
            </w:r>
            <w:proofErr w:type="spellStart"/>
            <w:r>
              <w:rPr>
                <w:rFonts w:ascii="Helvetica" w:hAnsi="Helvetica" w:cs="Helvetica"/>
                <w:szCs w:val="21"/>
                <w:lang w:val="cy-GB"/>
              </w:rPr>
              <w:t>fecanig</w:t>
            </w:r>
            <w:proofErr w:type="spellEnd"/>
            <w:r>
              <w:rPr>
                <w:rFonts w:ascii="Helvetica" w:hAnsi="Helvetica" w:cs="Helvetica"/>
                <w:szCs w:val="21"/>
                <w:lang w:val="cy-GB"/>
              </w:rPr>
              <w:t>, nod eglur a chanlyniad gorffenedig.</w:t>
            </w:r>
          </w:p>
          <w:p w14:paraId="3FDD049E" w14:textId="77777777" w:rsidR="00567AA3" w:rsidRPr="0089220E" w:rsidRDefault="00D67D08">
            <w:pPr>
              <w:rPr>
                <w:rFonts w:ascii="Helvetica" w:hAnsi="Helvetica"/>
              </w:rPr>
            </w:pPr>
            <w:r>
              <w:rPr>
                <w:rFonts w:ascii="Helvetica" w:eastAsia="Helvetica" w:hAnsi="Helvetica" w:cs="Arial"/>
                <w:b/>
                <w:bCs/>
                <w:color w:val="00A6A6"/>
                <w:szCs w:val="21"/>
                <w:lang w:val="cy-GB"/>
              </w:rPr>
              <w:t>Nodweddion a thechnegau addas</w:t>
            </w:r>
          </w:p>
          <w:p w14:paraId="1D06EC67"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Gwrthrychau ac animeiddiadau nodau syml</w:t>
            </w:r>
          </w:p>
          <w:p w14:paraId="2DA7FE7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Symudiadau gan ddefnyddio bysellau saeth</w:t>
            </w:r>
          </w:p>
          <w:p w14:paraId="20D8F26B"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Gwiriadau cyffyrddiadau a gwrthdrawiadau</w:t>
            </w:r>
          </w:p>
          <w:p w14:paraId="3DD8C3A5"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Newidyn sgôr</w:t>
            </w:r>
          </w:p>
          <w:p w14:paraId="3FD66370"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Rheolau syml “os”</w:t>
            </w:r>
          </w:p>
          <w:p w14:paraId="1EB19901" w14:textId="6F553D9A" w:rsidR="00567AA3" w:rsidRPr="0089220E" w:rsidRDefault="00F931A7">
            <w:pPr>
              <w:spacing w:after="40"/>
              <w:ind w:left="259" w:hanging="216"/>
              <w:rPr>
                <w:rFonts w:ascii="Helvetica" w:hAnsi="Helvetica"/>
              </w:rPr>
            </w:pPr>
            <w:r w:rsidRPr="00F931A7">
              <w:rPr>
                <w:rFonts w:ascii="Helvetica" w:hAnsi="Helvetica" w:cs="Helvetica"/>
                <w:b/>
                <w:bCs/>
                <w:szCs w:val="21"/>
                <w:lang w:val="cy-GB"/>
              </w:rPr>
              <w:t xml:space="preserve">• </w:t>
            </w:r>
            <w:r w:rsidRPr="00F931A7">
              <w:rPr>
                <w:rFonts w:ascii="Helvetica" w:hAnsi="Helvetica" w:cs="Helvetica"/>
                <w:szCs w:val="21"/>
                <w:lang w:val="cy-GB"/>
              </w:rPr>
              <w:t>Synau ac un neu ddau gefndir</w:t>
            </w:r>
          </w:p>
          <w:p w14:paraId="1E47829F" w14:textId="77777777" w:rsidR="00567AA3" w:rsidRPr="0089220E" w:rsidRDefault="00D67D08">
            <w:pPr>
              <w:rPr>
                <w:rFonts w:ascii="Helvetica" w:hAnsi="Helvetica"/>
              </w:rPr>
            </w:pPr>
            <w:r>
              <w:rPr>
                <w:rFonts w:ascii="Helvetica" w:eastAsia="Helvetica" w:hAnsi="Helvetica" w:cs="Arial"/>
                <w:b/>
                <w:bCs/>
                <w:color w:val="00A6A6"/>
                <w:szCs w:val="21"/>
                <w:lang w:val="cy-GB"/>
              </w:rPr>
              <w:t>Beth yn union yw da</w:t>
            </w:r>
          </w:p>
          <w:p w14:paraId="386ADDA3" w14:textId="77777777" w:rsidR="00567AA3" w:rsidRPr="0089220E" w:rsidRDefault="00D67D08">
            <w:pPr>
              <w:ind w:left="259" w:hanging="216"/>
              <w:rPr>
                <w:rFonts w:ascii="Helvetica" w:hAnsi="Helvetica"/>
              </w:rPr>
            </w:pPr>
            <w:r>
              <w:rPr>
                <w:rFonts w:ascii="Segoe UI Symbol" w:eastAsia="Segoe UI Symbol" w:hAnsi="Segoe UI Symbol" w:cs="Segoe UI Symbol"/>
                <w:color w:val="00A6A6"/>
                <w:szCs w:val="21"/>
                <w:lang w:val="cy-GB"/>
              </w:rPr>
              <w:t>✓</w:t>
            </w:r>
            <w:r>
              <w:rPr>
                <w:rFonts w:ascii="Helvetica" w:eastAsia="Helvetica" w:hAnsi="Helvetica" w:cs="Arial"/>
                <w:color w:val="00A6A6"/>
                <w:szCs w:val="21"/>
                <w:lang w:val="cy-GB"/>
              </w:rPr>
              <w:t xml:space="preserve"> </w:t>
            </w:r>
            <w:r>
              <w:rPr>
                <w:rFonts w:ascii="Helvetica" w:eastAsia="Helvetica" w:hAnsi="Helvetica" w:cs="Arial"/>
                <w:szCs w:val="21"/>
                <w:lang w:val="cy-GB"/>
              </w:rPr>
              <w:t>Amcan eglur</w:t>
            </w:r>
          </w:p>
          <w:p w14:paraId="76C581D1" w14:textId="77777777" w:rsidR="00567AA3" w:rsidRPr="0089220E" w:rsidRDefault="00D67D08">
            <w:pPr>
              <w:ind w:left="259" w:hanging="216"/>
              <w:rPr>
                <w:rFonts w:ascii="Helvetica" w:hAnsi="Helvetica"/>
              </w:rPr>
            </w:pPr>
            <w:r>
              <w:rPr>
                <w:rFonts w:ascii="Segoe UI Symbol" w:eastAsia="Segoe UI Symbol" w:hAnsi="Segoe UI Symbol" w:cs="Segoe UI Symbol"/>
                <w:color w:val="00A6A6"/>
                <w:szCs w:val="21"/>
                <w:lang w:val="cy-GB"/>
              </w:rPr>
              <w:t>✓</w:t>
            </w:r>
            <w:r>
              <w:rPr>
                <w:rFonts w:ascii="Helvetica" w:eastAsia="Helvetica" w:hAnsi="Helvetica" w:cs="Arial"/>
                <w:color w:val="00A6A6"/>
                <w:szCs w:val="21"/>
                <w:lang w:val="cy-GB"/>
              </w:rPr>
              <w:t xml:space="preserve"> </w:t>
            </w:r>
            <w:r>
              <w:rPr>
                <w:rFonts w:ascii="Helvetica" w:eastAsia="Helvetica" w:hAnsi="Helvetica" w:cs="Arial"/>
                <w:szCs w:val="21"/>
                <w:lang w:val="cy-GB"/>
              </w:rPr>
              <w:t>Gêm weithredol o'r dechrau i'r diwedd</w:t>
            </w:r>
          </w:p>
          <w:p w14:paraId="12121355" w14:textId="39830410" w:rsidR="00567AA3" w:rsidRPr="0089220E" w:rsidRDefault="00F931A7">
            <w:pPr>
              <w:ind w:left="259" w:hanging="216"/>
              <w:rPr>
                <w:rFonts w:ascii="Helvetica" w:hAnsi="Helvetica"/>
              </w:rPr>
            </w:pPr>
            <w:r>
              <w:rPr>
                <w:rFonts w:ascii="Segoe UI Symbol" w:hAnsi="Segoe UI Symbol" w:cs="Segoe UI Symbol"/>
                <w:color w:val="00A6A6"/>
                <w:szCs w:val="21"/>
                <w:lang w:val="cy-GB"/>
              </w:rPr>
              <w:t>✓</w:t>
            </w:r>
            <w:r>
              <w:rPr>
                <w:rFonts w:ascii="Helvetica" w:hAnsi="Helvetica" w:cs="Helvetica"/>
                <w:color w:val="00A6A6"/>
                <w:szCs w:val="21"/>
                <w:lang w:val="cy-GB"/>
              </w:rPr>
              <w:t xml:space="preserve"> </w:t>
            </w:r>
            <w:r>
              <w:rPr>
                <w:rFonts w:ascii="Helvetica" w:hAnsi="Helvetica" w:cs="Helvetica"/>
                <w:szCs w:val="21"/>
                <w:lang w:val="cy-GB"/>
              </w:rPr>
              <w:t>Hawdd ei deall a'i chwarae</w:t>
            </w:r>
          </w:p>
          <w:p w14:paraId="5A7C66A4" w14:textId="77777777" w:rsidR="00567AA3" w:rsidRPr="0089220E" w:rsidRDefault="00D67D08">
            <w:pPr>
              <w:ind w:left="259" w:hanging="216"/>
              <w:rPr>
                <w:rFonts w:ascii="Helvetica" w:hAnsi="Helvetica"/>
              </w:rPr>
            </w:pPr>
            <w:r>
              <w:rPr>
                <w:rFonts w:ascii="Segoe UI Symbol" w:eastAsia="Segoe UI Symbol" w:hAnsi="Segoe UI Symbol" w:cs="Segoe UI Symbol"/>
                <w:color w:val="00A6A6"/>
                <w:szCs w:val="21"/>
                <w:lang w:val="cy-GB"/>
              </w:rPr>
              <w:t>✓</w:t>
            </w:r>
            <w:r>
              <w:rPr>
                <w:rFonts w:ascii="Helvetica" w:eastAsia="Helvetica" w:hAnsi="Helvetica" w:cs="Arial"/>
                <w:color w:val="00A6A6"/>
                <w:szCs w:val="21"/>
                <w:lang w:val="cy-GB"/>
              </w:rPr>
              <w:t xml:space="preserve"> </w:t>
            </w:r>
            <w:r>
              <w:rPr>
                <w:rFonts w:ascii="Helvetica" w:eastAsia="Helvetica" w:hAnsi="Helvetica" w:cs="Arial"/>
                <w:szCs w:val="21"/>
                <w:lang w:val="cy-GB"/>
              </w:rPr>
              <w:t>Creadigrwydd a thystiolaeth o ddysgu</w:t>
            </w:r>
          </w:p>
        </w:tc>
      </w:tr>
    </w:tbl>
    <w:p w14:paraId="01F4B406"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3AD0022A" w14:textId="77777777">
        <w:trPr>
          <w:jc w:val="center"/>
        </w:trPr>
        <w:tc>
          <w:tcPr>
            <w:tcW w:w="9936" w:type="dxa"/>
            <w:tcBorders>
              <w:top w:val="single" w:sz="10" w:space="0" w:color="1F4E78"/>
              <w:left w:val="single" w:sz="10" w:space="0" w:color="1F4E78"/>
              <w:bottom w:val="single" w:sz="10" w:space="0" w:color="1F4E78"/>
              <w:right w:val="single" w:sz="10" w:space="0" w:color="1F4E78"/>
            </w:tcBorders>
            <w:tcMar>
              <w:top w:w="190" w:type="dxa"/>
              <w:left w:w="190" w:type="dxa"/>
              <w:bottom w:w="190" w:type="dxa"/>
              <w:right w:w="190" w:type="dxa"/>
            </w:tcMar>
          </w:tcPr>
          <w:p w14:paraId="23AAF1D2" w14:textId="77777777" w:rsidR="00567AA3" w:rsidRPr="0089220E" w:rsidRDefault="00D67D08">
            <w:pPr>
              <w:rPr>
                <w:rFonts w:ascii="Helvetica" w:hAnsi="Helvetica"/>
              </w:rPr>
            </w:pPr>
            <w:r>
              <w:rPr>
                <w:rFonts w:ascii="Helvetica" w:eastAsia="Helvetica" w:hAnsi="Helvetica" w:cs="Arial"/>
                <w:b/>
                <w:bCs/>
                <w:color w:val="1F4E78"/>
                <w:sz w:val="34"/>
                <w:szCs w:val="34"/>
                <w:lang w:val="cy-GB"/>
              </w:rPr>
              <w:t>Lefel ysgol uwchradd</w:t>
            </w:r>
          </w:p>
          <w:p w14:paraId="700BBC23" w14:textId="77777777" w:rsidR="00567AA3" w:rsidRPr="0089220E" w:rsidRDefault="00D67D08">
            <w:pPr>
              <w:rPr>
                <w:rFonts w:ascii="Helvetica" w:hAnsi="Helvetica"/>
              </w:rPr>
            </w:pPr>
            <w:r>
              <w:rPr>
                <w:rFonts w:ascii="Helvetica" w:eastAsia="Helvetica" w:hAnsi="Helvetica" w:cs="Arial"/>
                <w:b/>
                <w:bCs/>
                <w:color w:val="1F4E78"/>
                <w:szCs w:val="21"/>
                <w:lang w:val="cy-GB"/>
              </w:rPr>
              <w:t>11 - 16 oed</w:t>
            </w:r>
          </w:p>
          <w:p w14:paraId="0D3D7A10" w14:textId="77777777" w:rsidR="00567AA3" w:rsidRPr="0089220E" w:rsidRDefault="00D67D08">
            <w:pPr>
              <w:rPr>
                <w:rFonts w:ascii="Helvetica" w:hAnsi="Helvetica"/>
              </w:rPr>
            </w:pPr>
            <w:r>
              <w:rPr>
                <w:rFonts w:ascii="Helvetica" w:eastAsia="Helvetica" w:hAnsi="Helvetica" w:cs="Arial"/>
                <w:b/>
                <w:bCs/>
                <w:color w:val="1F4E78"/>
                <w:szCs w:val="21"/>
                <w:lang w:val="cy-GB"/>
              </w:rPr>
              <w:t>Cwmpas awgrymedig</w:t>
            </w:r>
          </w:p>
          <w:p w14:paraId="0A806825" w14:textId="29EBE1E1" w:rsidR="00567AA3" w:rsidRPr="0089220E" w:rsidRDefault="00F931A7">
            <w:pPr>
              <w:rPr>
                <w:rFonts w:ascii="Helvetica" w:hAnsi="Helvetica"/>
              </w:rPr>
            </w:pPr>
            <w:r>
              <w:rPr>
                <w:rFonts w:ascii="Helvetica" w:hAnsi="Helvetica" w:cs="Helvetica"/>
                <w:szCs w:val="21"/>
                <w:lang w:val="cy-GB"/>
              </w:rPr>
              <w:t>Gêm neu gymhwysiad rhyngweithiol mwy datblygedig yn Scratch â sawl nodwedd gysylltiedig, a gwneud penderfyniadau mwy cymhleth.</w:t>
            </w:r>
          </w:p>
          <w:p w14:paraId="7B280CFC" w14:textId="77777777" w:rsidR="00567AA3" w:rsidRPr="0089220E" w:rsidRDefault="00D67D08">
            <w:pPr>
              <w:rPr>
                <w:rFonts w:ascii="Helvetica" w:hAnsi="Helvetica"/>
              </w:rPr>
            </w:pPr>
            <w:r>
              <w:rPr>
                <w:rFonts w:ascii="Helvetica" w:eastAsia="Helvetica" w:hAnsi="Helvetica" w:cs="Arial"/>
                <w:b/>
                <w:bCs/>
                <w:color w:val="1F4E78"/>
                <w:szCs w:val="21"/>
                <w:lang w:val="cy-GB"/>
              </w:rPr>
              <w:t>Nodweddion a thechnegau addas</w:t>
            </w:r>
          </w:p>
          <w:p w14:paraId="4A870C9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Sawl newidyn ac amserydd</w:t>
            </w:r>
          </w:p>
          <w:p w14:paraId="39F9FB9B"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Darllediadau a rhestrau</w:t>
            </w:r>
          </w:p>
          <w:p w14:paraId="4636367C"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Clonau</w:t>
            </w:r>
          </w:p>
          <w:p w14:paraId="28D51056"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Sgriniau neu lefelau niferus</w:t>
            </w:r>
          </w:p>
          <w:p w14:paraId="10E06C3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Digwyddiadau ar hap</w:t>
            </w:r>
          </w:p>
          <w:p w14:paraId="0CA34914" w14:textId="69031C41" w:rsidR="00567AA3" w:rsidRPr="0089220E" w:rsidRDefault="00F931A7">
            <w:pPr>
              <w:spacing w:after="40"/>
              <w:ind w:left="259" w:hanging="216"/>
              <w:rPr>
                <w:rFonts w:ascii="Helvetica" w:hAnsi="Helvetica"/>
              </w:rPr>
            </w:pPr>
            <w:r w:rsidRPr="00F931A7">
              <w:rPr>
                <w:rFonts w:ascii="Helvetica" w:hAnsi="Helvetica" w:cs="Helvetica"/>
                <w:b/>
                <w:bCs/>
                <w:szCs w:val="21"/>
                <w:lang w:val="cy-GB"/>
              </w:rPr>
              <w:t xml:space="preserve">• </w:t>
            </w:r>
            <w:r w:rsidRPr="00F931A7">
              <w:rPr>
                <w:rFonts w:ascii="Helvetica" w:hAnsi="Helvetica" w:cs="Helvetica"/>
                <w:szCs w:val="21"/>
                <w:lang w:val="cy-GB"/>
              </w:rPr>
              <w:t>Dewisiadau a sgorio mwy cymhleth</w:t>
            </w:r>
          </w:p>
          <w:p w14:paraId="6F373D5C" w14:textId="77777777" w:rsidR="00567AA3" w:rsidRPr="0089220E" w:rsidRDefault="00D67D08">
            <w:pPr>
              <w:rPr>
                <w:rFonts w:ascii="Helvetica" w:hAnsi="Helvetica"/>
              </w:rPr>
            </w:pPr>
            <w:r>
              <w:rPr>
                <w:rFonts w:ascii="Helvetica" w:eastAsia="Helvetica" w:hAnsi="Helvetica" w:cs="Arial"/>
                <w:b/>
                <w:bCs/>
                <w:color w:val="1F4E78"/>
                <w:szCs w:val="21"/>
                <w:lang w:val="cy-GB"/>
              </w:rPr>
              <w:t>Beth yn union yw da</w:t>
            </w:r>
          </w:p>
          <w:p w14:paraId="3539DBFF" w14:textId="77777777" w:rsidR="00567AA3" w:rsidRPr="0089220E" w:rsidRDefault="00D67D08">
            <w:pPr>
              <w:ind w:left="259" w:hanging="216"/>
              <w:rPr>
                <w:rFonts w:ascii="Helvetica" w:hAnsi="Helvetica"/>
              </w:rPr>
            </w:pPr>
            <w:r>
              <w:rPr>
                <w:rFonts w:ascii="Segoe UI Symbol" w:eastAsia="Segoe UI Symbol" w:hAnsi="Segoe UI Symbol" w:cs="Segoe UI Symbol"/>
                <w:color w:val="1F4E78"/>
                <w:szCs w:val="21"/>
                <w:lang w:val="cy-GB"/>
              </w:rPr>
              <w:t>✓</w:t>
            </w:r>
            <w:r>
              <w:rPr>
                <w:rFonts w:ascii="Helvetica" w:eastAsia="Helvetica" w:hAnsi="Helvetica" w:cs="Arial"/>
                <w:color w:val="1F4E78"/>
                <w:szCs w:val="21"/>
                <w:lang w:val="cy-GB"/>
              </w:rPr>
              <w:t xml:space="preserve"> </w:t>
            </w:r>
            <w:r>
              <w:rPr>
                <w:rFonts w:ascii="Helvetica" w:eastAsia="Helvetica" w:hAnsi="Helvetica" w:cs="Arial"/>
                <w:szCs w:val="21"/>
                <w:lang w:val="cy-GB"/>
              </w:rPr>
              <w:t>Nodweddion niferus yn gweithio gyda'i gilydd</w:t>
            </w:r>
          </w:p>
          <w:p w14:paraId="07B99CEF" w14:textId="77777777" w:rsidR="00567AA3" w:rsidRPr="0089220E" w:rsidRDefault="00D67D08">
            <w:pPr>
              <w:ind w:left="259" w:hanging="216"/>
              <w:rPr>
                <w:rFonts w:ascii="Helvetica" w:hAnsi="Helvetica"/>
              </w:rPr>
            </w:pPr>
            <w:r>
              <w:rPr>
                <w:rFonts w:ascii="Segoe UI Symbol" w:eastAsia="Segoe UI Symbol" w:hAnsi="Segoe UI Symbol" w:cs="Segoe UI Symbol"/>
                <w:color w:val="1F4E78"/>
                <w:szCs w:val="21"/>
                <w:lang w:val="cy-GB"/>
              </w:rPr>
              <w:lastRenderedPageBreak/>
              <w:t>✓</w:t>
            </w:r>
            <w:r>
              <w:rPr>
                <w:rFonts w:ascii="Helvetica" w:eastAsia="Helvetica" w:hAnsi="Helvetica" w:cs="Arial"/>
                <w:color w:val="1F4E78"/>
                <w:szCs w:val="21"/>
                <w:lang w:val="cy-GB"/>
              </w:rPr>
              <w:t xml:space="preserve"> </w:t>
            </w:r>
            <w:r>
              <w:rPr>
                <w:rFonts w:ascii="Helvetica" w:eastAsia="Helvetica" w:hAnsi="Helvetica" w:cs="Arial"/>
                <w:szCs w:val="21"/>
                <w:lang w:val="cy-GB"/>
              </w:rPr>
              <w:t>Cysylltiad cryf â'r thema</w:t>
            </w:r>
          </w:p>
          <w:p w14:paraId="76C62163" w14:textId="77777777" w:rsidR="00567AA3" w:rsidRPr="0089220E" w:rsidRDefault="00D67D08">
            <w:pPr>
              <w:ind w:left="259" w:hanging="216"/>
              <w:rPr>
                <w:rFonts w:ascii="Helvetica" w:hAnsi="Helvetica"/>
              </w:rPr>
            </w:pPr>
            <w:r>
              <w:rPr>
                <w:rFonts w:ascii="Segoe UI Symbol" w:eastAsia="Segoe UI Symbol" w:hAnsi="Segoe UI Symbol" w:cs="Segoe UI Symbol"/>
                <w:color w:val="1F4E78"/>
                <w:szCs w:val="21"/>
                <w:lang w:val="cy-GB"/>
              </w:rPr>
              <w:t>✓</w:t>
            </w:r>
            <w:r>
              <w:rPr>
                <w:rFonts w:ascii="Helvetica" w:eastAsia="Helvetica" w:hAnsi="Helvetica" w:cs="Arial"/>
                <w:color w:val="1F4E78"/>
                <w:szCs w:val="21"/>
                <w:lang w:val="cy-GB"/>
              </w:rPr>
              <w:t xml:space="preserve"> </w:t>
            </w:r>
            <w:r>
              <w:rPr>
                <w:rFonts w:ascii="Helvetica" w:eastAsia="Helvetica" w:hAnsi="Helvetica" w:cs="Arial"/>
                <w:szCs w:val="21"/>
                <w:lang w:val="cy-GB"/>
              </w:rPr>
              <w:t>Profiad defnyddiwr meddylgar</w:t>
            </w:r>
          </w:p>
          <w:p w14:paraId="29FBC562" w14:textId="77777777" w:rsidR="00567AA3" w:rsidRPr="0089220E" w:rsidRDefault="00D67D08">
            <w:pPr>
              <w:ind w:left="259" w:hanging="216"/>
              <w:rPr>
                <w:rFonts w:ascii="Helvetica" w:hAnsi="Helvetica"/>
              </w:rPr>
            </w:pPr>
            <w:r>
              <w:rPr>
                <w:rFonts w:ascii="Segoe UI Symbol" w:eastAsia="Segoe UI Symbol" w:hAnsi="Segoe UI Symbol" w:cs="Segoe UI Symbol"/>
                <w:color w:val="1F4E78"/>
                <w:szCs w:val="21"/>
                <w:lang w:val="cy-GB"/>
              </w:rPr>
              <w:t>✓</w:t>
            </w:r>
            <w:r>
              <w:rPr>
                <w:rFonts w:ascii="Helvetica" w:eastAsia="Helvetica" w:hAnsi="Helvetica" w:cs="Arial"/>
                <w:color w:val="1F4E78"/>
                <w:szCs w:val="21"/>
                <w:lang w:val="cy-GB"/>
              </w:rPr>
              <w:t xml:space="preserve"> </w:t>
            </w:r>
            <w:r>
              <w:rPr>
                <w:rFonts w:ascii="Helvetica" w:eastAsia="Helvetica" w:hAnsi="Helvetica" w:cs="Arial"/>
                <w:szCs w:val="21"/>
                <w:lang w:val="cy-GB"/>
              </w:rPr>
              <w:t>Tystiolaeth o gynllunio a phrofi</w:t>
            </w:r>
          </w:p>
        </w:tc>
      </w:tr>
    </w:tbl>
    <w:p w14:paraId="04EFB807" w14:textId="281824F6"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726BB177" w14:textId="77777777">
        <w:trPr>
          <w:jc w:val="center"/>
        </w:trPr>
        <w:tc>
          <w:tcPr>
            <w:tcW w:w="9936" w:type="dxa"/>
            <w:tcBorders>
              <w:top w:val="single" w:sz="10" w:space="0" w:color="7A3E9D"/>
              <w:left w:val="single" w:sz="10" w:space="0" w:color="7A3E9D"/>
              <w:bottom w:val="single" w:sz="10" w:space="0" w:color="7A3E9D"/>
              <w:right w:val="single" w:sz="10" w:space="0" w:color="7A3E9D"/>
            </w:tcBorders>
            <w:tcMar>
              <w:top w:w="190" w:type="dxa"/>
              <w:left w:w="190" w:type="dxa"/>
              <w:bottom w:w="190" w:type="dxa"/>
              <w:right w:w="190" w:type="dxa"/>
            </w:tcMar>
          </w:tcPr>
          <w:p w14:paraId="7B73861C" w14:textId="77777777" w:rsidR="00567AA3" w:rsidRPr="0089220E" w:rsidRDefault="00D67D08">
            <w:pPr>
              <w:rPr>
                <w:rFonts w:ascii="Helvetica" w:hAnsi="Helvetica"/>
              </w:rPr>
            </w:pPr>
            <w:r>
              <w:rPr>
                <w:rFonts w:ascii="Helvetica" w:eastAsia="Helvetica" w:hAnsi="Helvetica" w:cs="Arial"/>
                <w:b/>
                <w:bCs/>
                <w:color w:val="7A3E9D"/>
                <w:sz w:val="34"/>
                <w:szCs w:val="34"/>
                <w:lang w:val="cy-GB"/>
              </w:rPr>
              <w:t>Addysg Bellach / lefel ôl-16</w:t>
            </w:r>
          </w:p>
          <w:p w14:paraId="19ECC866" w14:textId="77777777" w:rsidR="00567AA3" w:rsidRPr="0089220E" w:rsidRDefault="00D67D08">
            <w:pPr>
              <w:rPr>
                <w:rFonts w:ascii="Helvetica" w:hAnsi="Helvetica"/>
              </w:rPr>
            </w:pPr>
            <w:r>
              <w:rPr>
                <w:rFonts w:ascii="Helvetica" w:eastAsia="Helvetica" w:hAnsi="Helvetica" w:cs="Arial"/>
                <w:b/>
                <w:bCs/>
                <w:color w:val="7A3E9D"/>
                <w:szCs w:val="21"/>
                <w:lang w:val="cy-GB"/>
              </w:rPr>
              <w:t>Llwybr cynnydd DVLA 2027</w:t>
            </w:r>
          </w:p>
          <w:p w14:paraId="2BD0BE02" w14:textId="77777777" w:rsidR="00567AA3" w:rsidRPr="0089220E" w:rsidRDefault="00D67D08">
            <w:pPr>
              <w:rPr>
                <w:rFonts w:ascii="Helvetica" w:hAnsi="Helvetica"/>
              </w:rPr>
            </w:pPr>
            <w:r>
              <w:rPr>
                <w:rFonts w:ascii="Helvetica" w:eastAsia="Helvetica" w:hAnsi="Helvetica" w:cs="Arial"/>
                <w:b/>
                <w:bCs/>
                <w:color w:val="7A3E9D"/>
                <w:szCs w:val="21"/>
                <w:lang w:val="cy-GB"/>
              </w:rPr>
              <w:t>Cwmpas awgrymedig</w:t>
            </w:r>
          </w:p>
          <w:p w14:paraId="02161B1D" w14:textId="2C802AB2" w:rsidR="00567AA3" w:rsidRPr="0089220E" w:rsidRDefault="00F931A7">
            <w:pPr>
              <w:rPr>
                <w:rFonts w:ascii="Helvetica" w:hAnsi="Helvetica"/>
              </w:rPr>
            </w:pPr>
            <w:r>
              <w:rPr>
                <w:rFonts w:ascii="Helvetica" w:hAnsi="Helvetica" w:cs="Helvetica"/>
                <w:szCs w:val="21"/>
                <w:lang w:val="cy-GB"/>
              </w:rPr>
              <w:t>Prototeip o blatfform neu gymhwysiad. Gellir ei arddangos yn Scratch hefyd, ond dylai ddangos meddwl cryfach am brofiad y defnyddiwr (UX), strwythurau data, cynllunio prosiect, profi ac angen pendant gan y defnyddiwr.</w:t>
            </w:r>
          </w:p>
          <w:p w14:paraId="251AC67C" w14:textId="77777777" w:rsidR="00567AA3" w:rsidRPr="0089220E" w:rsidRDefault="00D67D08">
            <w:pPr>
              <w:rPr>
                <w:rFonts w:ascii="Helvetica" w:hAnsi="Helvetica"/>
              </w:rPr>
            </w:pPr>
            <w:r>
              <w:rPr>
                <w:rFonts w:ascii="Helvetica" w:eastAsia="Helvetica" w:hAnsi="Helvetica" w:cs="Arial"/>
                <w:b/>
                <w:bCs/>
                <w:color w:val="7A3E9D"/>
                <w:szCs w:val="21"/>
                <w:lang w:val="cy-GB"/>
              </w:rPr>
              <w:t>Nodweddion a thechnegau addas</w:t>
            </w:r>
          </w:p>
          <w:p w14:paraId="0F3D3734"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Rhestrau a strwythurau data</w:t>
            </w:r>
          </w:p>
          <w:p w14:paraId="3A7B7A3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Blociau a darllediadau addasu</w:t>
            </w:r>
          </w:p>
          <w:p w14:paraId="2E0B7B66" w14:textId="0D497F11" w:rsidR="00567AA3" w:rsidRPr="0089220E" w:rsidRDefault="00F931A7">
            <w:pPr>
              <w:spacing w:after="40"/>
              <w:ind w:left="259" w:hanging="216"/>
              <w:rPr>
                <w:rFonts w:ascii="Helvetica" w:hAnsi="Helvetica"/>
              </w:rPr>
            </w:pPr>
            <w:r w:rsidRPr="00F931A7">
              <w:rPr>
                <w:rFonts w:ascii="Helvetica" w:hAnsi="Helvetica" w:cs="Helvetica"/>
                <w:b/>
                <w:bCs/>
                <w:szCs w:val="21"/>
                <w:lang w:val="cy-GB"/>
              </w:rPr>
              <w:t xml:space="preserve">• </w:t>
            </w:r>
            <w:r w:rsidRPr="00F931A7">
              <w:rPr>
                <w:rFonts w:ascii="Helvetica" w:hAnsi="Helvetica" w:cs="Helvetica"/>
                <w:szCs w:val="21"/>
                <w:lang w:val="cy-GB"/>
              </w:rPr>
              <w:t>Clonau a chyflyrau rhyngwyneb niferus</w:t>
            </w:r>
          </w:p>
          <w:p w14:paraId="0989CA7B"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Setiau data efelychiadol</w:t>
            </w:r>
          </w:p>
          <w:p w14:paraId="06297CAC"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Cynllunio prosiect ac iteriad</w:t>
            </w:r>
          </w:p>
          <w:p w14:paraId="00A0778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Hygyrchedd a defnyddioldeb</w:t>
            </w:r>
          </w:p>
          <w:p w14:paraId="27153900" w14:textId="77777777" w:rsidR="00567AA3" w:rsidRPr="0089220E" w:rsidRDefault="00D67D08">
            <w:pPr>
              <w:rPr>
                <w:rFonts w:ascii="Helvetica" w:hAnsi="Helvetica"/>
              </w:rPr>
            </w:pPr>
            <w:r>
              <w:rPr>
                <w:rFonts w:ascii="Helvetica" w:eastAsia="Helvetica" w:hAnsi="Helvetica" w:cs="Arial"/>
                <w:b/>
                <w:bCs/>
                <w:color w:val="7A3E9D"/>
                <w:szCs w:val="21"/>
                <w:lang w:val="cy-GB"/>
              </w:rPr>
              <w:t>Beth yn union yw da</w:t>
            </w:r>
          </w:p>
          <w:p w14:paraId="7438841F" w14:textId="77777777" w:rsidR="00567AA3" w:rsidRPr="0089220E" w:rsidRDefault="00D67D08">
            <w:pPr>
              <w:ind w:left="259" w:hanging="216"/>
              <w:rPr>
                <w:rFonts w:ascii="Helvetica" w:hAnsi="Helvetica"/>
              </w:rPr>
            </w:pPr>
            <w:r>
              <w:rPr>
                <w:rFonts w:ascii="Segoe UI Symbol" w:eastAsia="Segoe UI Symbol" w:hAnsi="Segoe UI Symbol" w:cs="Segoe UI Symbol"/>
                <w:color w:val="7A3E9D"/>
                <w:szCs w:val="21"/>
                <w:lang w:val="cy-GB"/>
              </w:rPr>
              <w:t>✓</w:t>
            </w:r>
            <w:r>
              <w:rPr>
                <w:rFonts w:ascii="Helvetica" w:eastAsia="Helvetica" w:hAnsi="Helvetica" w:cs="Arial"/>
                <w:color w:val="7A3E9D"/>
                <w:szCs w:val="21"/>
                <w:lang w:val="cy-GB"/>
              </w:rPr>
              <w:t xml:space="preserve"> </w:t>
            </w:r>
            <w:r>
              <w:rPr>
                <w:rFonts w:ascii="Helvetica" w:eastAsia="Helvetica" w:hAnsi="Helvetica" w:cs="Arial"/>
                <w:szCs w:val="21"/>
                <w:lang w:val="cy-GB"/>
              </w:rPr>
              <w:t>Problem defnyddiwr wedi'i diffinio'n eglur</w:t>
            </w:r>
          </w:p>
          <w:p w14:paraId="37319DC6" w14:textId="77777777" w:rsidR="00567AA3" w:rsidRPr="0089220E" w:rsidRDefault="00D67D08">
            <w:pPr>
              <w:ind w:left="259" w:hanging="216"/>
              <w:rPr>
                <w:rFonts w:ascii="Helvetica" w:hAnsi="Helvetica"/>
              </w:rPr>
            </w:pPr>
            <w:r>
              <w:rPr>
                <w:rFonts w:ascii="Segoe UI Symbol" w:eastAsia="Segoe UI Symbol" w:hAnsi="Segoe UI Symbol" w:cs="Segoe UI Symbol"/>
                <w:color w:val="7A3E9D"/>
                <w:szCs w:val="21"/>
                <w:lang w:val="cy-GB"/>
              </w:rPr>
              <w:t>✓</w:t>
            </w:r>
            <w:r>
              <w:rPr>
                <w:rFonts w:ascii="Helvetica" w:eastAsia="Helvetica" w:hAnsi="Helvetica" w:cs="Arial"/>
                <w:color w:val="7A3E9D"/>
                <w:szCs w:val="21"/>
                <w:lang w:val="cy-GB"/>
              </w:rPr>
              <w:t xml:space="preserve"> </w:t>
            </w:r>
            <w:r>
              <w:rPr>
                <w:rFonts w:ascii="Helvetica" w:eastAsia="Helvetica" w:hAnsi="Helvetica" w:cs="Arial"/>
                <w:szCs w:val="21"/>
                <w:lang w:val="cy-GB"/>
              </w:rPr>
              <w:t>Datrysiad digidol wedi'i gynllunio'n dda</w:t>
            </w:r>
          </w:p>
          <w:p w14:paraId="057E846F" w14:textId="77777777" w:rsidR="00567AA3" w:rsidRPr="0089220E" w:rsidRDefault="00D67D08">
            <w:pPr>
              <w:ind w:left="259" w:hanging="216"/>
              <w:rPr>
                <w:rFonts w:ascii="Helvetica" w:hAnsi="Helvetica"/>
              </w:rPr>
            </w:pPr>
            <w:r>
              <w:rPr>
                <w:rFonts w:ascii="Segoe UI Symbol" w:eastAsia="Segoe UI Symbol" w:hAnsi="Segoe UI Symbol" w:cs="Segoe UI Symbol"/>
                <w:color w:val="7A3E9D"/>
                <w:szCs w:val="21"/>
                <w:lang w:val="cy-GB"/>
              </w:rPr>
              <w:t>✓</w:t>
            </w:r>
            <w:r>
              <w:rPr>
                <w:rFonts w:ascii="Helvetica" w:eastAsia="Helvetica" w:hAnsi="Helvetica" w:cs="Arial"/>
                <w:color w:val="7A3E9D"/>
                <w:szCs w:val="21"/>
                <w:lang w:val="cy-GB"/>
              </w:rPr>
              <w:t xml:space="preserve"> </w:t>
            </w:r>
            <w:r>
              <w:rPr>
                <w:rFonts w:ascii="Helvetica" w:eastAsia="Helvetica" w:hAnsi="Helvetica" w:cs="Arial"/>
                <w:szCs w:val="21"/>
                <w:lang w:val="cy-GB"/>
              </w:rPr>
              <w:t>Meddwl yn gryf am brofiad y defnyddiwr</w:t>
            </w:r>
          </w:p>
          <w:p w14:paraId="61AB3F15" w14:textId="77777777" w:rsidR="00567AA3" w:rsidRPr="0089220E" w:rsidRDefault="00D67D08">
            <w:pPr>
              <w:ind w:left="259" w:hanging="216"/>
              <w:rPr>
                <w:rFonts w:ascii="Helvetica" w:hAnsi="Helvetica"/>
              </w:rPr>
            </w:pPr>
            <w:r>
              <w:rPr>
                <w:rFonts w:ascii="Segoe UI Symbol" w:eastAsia="Segoe UI Symbol" w:hAnsi="Segoe UI Symbol" w:cs="Segoe UI Symbol"/>
                <w:color w:val="7A3E9D"/>
                <w:szCs w:val="21"/>
                <w:lang w:val="cy-GB"/>
              </w:rPr>
              <w:t>✓</w:t>
            </w:r>
            <w:r>
              <w:rPr>
                <w:rFonts w:ascii="Helvetica" w:eastAsia="Helvetica" w:hAnsi="Helvetica" w:cs="Arial"/>
                <w:color w:val="7A3E9D"/>
                <w:szCs w:val="21"/>
                <w:lang w:val="cy-GB"/>
              </w:rPr>
              <w:t xml:space="preserve"> </w:t>
            </w:r>
            <w:r>
              <w:rPr>
                <w:rFonts w:ascii="Helvetica" w:eastAsia="Helvetica" w:hAnsi="Helvetica" w:cs="Arial"/>
                <w:szCs w:val="21"/>
                <w:lang w:val="cy-GB"/>
              </w:rPr>
              <w:t>Gallu technegol ac arloesedd</w:t>
            </w:r>
          </w:p>
          <w:p w14:paraId="01A001A4" w14:textId="77777777" w:rsidR="00567AA3" w:rsidRPr="0089220E" w:rsidRDefault="00D67D08">
            <w:pPr>
              <w:ind w:left="259" w:hanging="216"/>
              <w:rPr>
                <w:rFonts w:ascii="Helvetica" w:hAnsi="Helvetica"/>
              </w:rPr>
            </w:pPr>
            <w:r>
              <w:rPr>
                <w:rFonts w:ascii="Segoe UI Symbol" w:eastAsia="Segoe UI Symbol" w:hAnsi="Segoe UI Symbol" w:cs="Segoe UI Symbol"/>
                <w:color w:val="7A3E9D"/>
                <w:szCs w:val="21"/>
                <w:lang w:val="cy-GB"/>
              </w:rPr>
              <w:t>✓</w:t>
            </w:r>
            <w:r>
              <w:rPr>
                <w:rFonts w:ascii="Helvetica" w:eastAsia="Helvetica" w:hAnsi="Helvetica" w:cs="Arial"/>
                <w:color w:val="7A3E9D"/>
                <w:szCs w:val="21"/>
                <w:lang w:val="cy-GB"/>
              </w:rPr>
              <w:t xml:space="preserve"> </w:t>
            </w:r>
            <w:r>
              <w:rPr>
                <w:rFonts w:ascii="Helvetica" w:eastAsia="Helvetica" w:hAnsi="Helvetica" w:cs="Arial"/>
                <w:szCs w:val="21"/>
                <w:lang w:val="cy-GB"/>
              </w:rPr>
              <w:t>Tystiolaeth o brofi a gwella</w:t>
            </w:r>
          </w:p>
        </w:tc>
      </w:tr>
    </w:tbl>
    <w:p w14:paraId="2884079D" w14:textId="77777777" w:rsidR="00567AA3" w:rsidRPr="0089220E" w:rsidRDefault="00567AA3">
      <w:pPr>
        <w:rPr>
          <w:rFonts w:ascii="Helvetica" w:hAnsi="Helvetica"/>
        </w:rPr>
      </w:pPr>
    </w:p>
    <w:p w14:paraId="6C24C7C2" w14:textId="203DC639" w:rsidR="00567AA3" w:rsidRPr="0089220E" w:rsidRDefault="00D67D08">
      <w:pPr>
        <w:pStyle w:val="Heading1"/>
        <w:rPr>
          <w:rFonts w:ascii="Helvetica" w:hAnsi="Helvetica"/>
          <w:color w:val="1B6434"/>
        </w:rPr>
      </w:pPr>
      <w:r>
        <w:rPr>
          <w:rFonts w:ascii="Helvetica" w:eastAsia="Helvetica" w:hAnsi="Helvetica" w:cs="Times New Roman"/>
          <w:color w:val="1B6434"/>
          <w:szCs w:val="44"/>
          <w:lang w:val="cy-GB"/>
        </w:rPr>
        <w:t>Un her, llawer o ddulliau</w:t>
      </w:r>
    </w:p>
    <w:p w14:paraId="5A104061" w14:textId="77777777" w:rsidR="00567AA3" w:rsidRPr="0089220E" w:rsidRDefault="00D67D08">
      <w:pPr>
        <w:rPr>
          <w:rFonts w:ascii="Helvetica" w:hAnsi="Helvetica"/>
        </w:rPr>
      </w:pPr>
      <w:r>
        <w:rPr>
          <w:rFonts w:ascii="Helvetica" w:eastAsia="Helvetica" w:hAnsi="Helvetica" w:cs="Arial"/>
          <w:szCs w:val="21"/>
          <w:lang w:val="cy-GB"/>
        </w:rPr>
        <w:t>Gellir dehongli pob thema yn wahanol yn dibynnu ar y grŵp oedran a phrofiad y tîm. Gallai tîm cynradd greu gêm gasglu syml, gallai tîm uwchradd adeiladu profiad rhyngweithiol aml-lefel, a gallai tîm ôl-16 ddylunio platfform sy'n canolbwyntio ar y defnyddiwr neu brototeip sy'n seiliedig ar ddata.</w:t>
      </w:r>
    </w:p>
    <w:p w14:paraId="3C82C073" w14:textId="77777777" w:rsidR="00567AA3" w:rsidRPr="0089220E" w:rsidRDefault="00D67D08">
      <w:pPr>
        <w:rPr>
          <w:rFonts w:ascii="Helvetica" w:hAnsi="Helvetica"/>
        </w:rPr>
      </w:pPr>
      <w:r>
        <w:rPr>
          <w:rFonts w:ascii="Helvetica" w:eastAsia="Helvetica" w:hAnsi="Helvetica" w:cs="Arial"/>
          <w:szCs w:val="21"/>
          <w:lang w:val="cy-GB"/>
        </w:rPr>
        <w:t>Nid y cynigion mwyaf cymhleth o safbwynt technegol fydd y rhai cryfaf o reidrwydd. Dylent gyfuno creadigrwydd, dylunio pwrpasol, neges eglur ac ymateb effeithiol i'r thema a ddewiswyd.</w:t>
      </w:r>
    </w:p>
    <w:p w14:paraId="7F1DD53D" w14:textId="77777777" w:rsidR="00567AA3" w:rsidRPr="0089220E" w:rsidRDefault="00D67D08">
      <w:pPr>
        <w:rPr>
          <w:rFonts w:ascii="Helvetica" w:hAnsi="Helvetica"/>
        </w:rPr>
      </w:pPr>
      <w:r w:rsidRPr="0089220E">
        <w:rPr>
          <w:rFonts w:ascii="Helvetica" w:hAnsi="Helvetica"/>
        </w:rPr>
        <w:br w:type="page"/>
      </w:r>
    </w:p>
    <w:p w14:paraId="78D1C855" w14:textId="77777777" w:rsidR="00C516E8" w:rsidRPr="0089220E" w:rsidRDefault="00D67D08">
      <w:pPr>
        <w:pStyle w:val="Heading1"/>
        <w:spacing w:after="120"/>
        <w:rPr>
          <w:rFonts w:ascii="Helvetica" w:hAnsi="Helvetica"/>
        </w:rPr>
      </w:pPr>
      <w:r>
        <w:rPr>
          <w:rFonts w:ascii="Helvetica" w:eastAsia="Helvetica" w:hAnsi="Helvetica" w:cs="Times New Roman"/>
          <w:szCs w:val="44"/>
          <w:lang w:val="cy-GB"/>
        </w:rPr>
        <w:lastRenderedPageBreak/>
        <w:t>Creu a chyflwyno fideo hyrwyddo</w:t>
      </w:r>
    </w:p>
    <w:p w14:paraId="22FF5FC3" w14:textId="77777777" w:rsidR="00C516E8" w:rsidRPr="0089220E" w:rsidRDefault="00D67D08">
      <w:pPr>
        <w:spacing w:after="240"/>
        <w:rPr>
          <w:rFonts w:ascii="Helvetica" w:hAnsi="Helvetica"/>
        </w:rPr>
      </w:pPr>
      <w:r>
        <w:rPr>
          <w:rFonts w:ascii="Helvetica" w:eastAsia="Helvetica" w:hAnsi="Helvetica" w:cs="Arial"/>
          <w:szCs w:val="21"/>
          <w:lang w:val="cy-GB"/>
        </w:rPr>
        <w:t>Pan fydd ysgol yn cyflwyno gêm neu gymhwysiad, rhaid i'r cynnig gynnwys fideo hyrwyddo hefyd. Mae'r fideo yn rhan bwysig o'r cyflwyniad a dylai helpu gwylwyr i ddeall syniad y tîm, y daith ddatblygu a'r ymateb i'r thema a ddewiswyd yn gyflym.</w:t>
      </w:r>
    </w:p>
    <w:tbl>
      <w:tblPr>
        <w:tblW w:w="0" w:type="auto"/>
        <w:jc w:val="center"/>
        <w:tblLayout w:type="fixed"/>
        <w:tblLook w:val="04A0" w:firstRow="1" w:lastRow="0" w:firstColumn="1" w:lastColumn="0" w:noHBand="0" w:noVBand="1"/>
      </w:tblPr>
      <w:tblGrid>
        <w:gridCol w:w="9936"/>
      </w:tblGrid>
      <w:tr w:rsidR="00A44D6C" w14:paraId="5B7C52FC" w14:textId="77777777">
        <w:trPr>
          <w:jc w:val="center"/>
        </w:trPr>
        <w:tc>
          <w:tcPr>
            <w:tcW w:w="9936" w:type="dxa"/>
            <w:tcBorders>
              <w:top w:val="single" w:sz="12" w:space="0" w:color="006853"/>
              <w:left w:val="single" w:sz="12" w:space="0" w:color="006853"/>
              <w:bottom w:val="single" w:sz="12" w:space="0" w:color="006853"/>
              <w:right w:val="single" w:sz="12" w:space="0" w:color="006853"/>
            </w:tcBorders>
            <w:shd w:val="clear" w:color="auto" w:fill="EAF4F1"/>
            <w:tcMar>
              <w:top w:w="190" w:type="dxa"/>
              <w:left w:w="220" w:type="dxa"/>
              <w:bottom w:w="190" w:type="dxa"/>
              <w:right w:w="220" w:type="dxa"/>
            </w:tcMar>
          </w:tcPr>
          <w:p w14:paraId="3A09917C" w14:textId="77777777" w:rsidR="00C516E8" w:rsidRPr="0089220E" w:rsidRDefault="00D67D08">
            <w:pPr>
              <w:rPr>
                <w:rFonts w:ascii="Helvetica" w:hAnsi="Helvetica"/>
              </w:rPr>
            </w:pPr>
            <w:r>
              <w:rPr>
                <w:rFonts w:ascii="Helvetica" w:eastAsia="Helvetica" w:hAnsi="Helvetica" w:cs="Arial"/>
                <w:b/>
                <w:bCs/>
                <w:color w:val="006853"/>
                <w:sz w:val="32"/>
                <w:szCs w:val="32"/>
                <w:lang w:val="cy-GB"/>
              </w:rPr>
              <w:t>Beth mae'n rhaid i'r fideo ei gynnwys</w:t>
            </w:r>
          </w:p>
          <w:p w14:paraId="1C1F0D21" w14:textId="77777777" w:rsidR="00C516E8" w:rsidRPr="0089220E" w:rsidRDefault="00D67D08">
            <w:pPr>
              <w:spacing w:after="60"/>
              <w:ind w:left="288" w:hanging="230"/>
              <w:rPr>
                <w:rFonts w:ascii="Helvetica" w:hAnsi="Helvetica"/>
              </w:rPr>
            </w:pPr>
            <w:r>
              <w:rPr>
                <w:rFonts w:ascii="Segoe UI Symbol" w:eastAsia="Segoe UI Symbol" w:hAnsi="Segoe UI Symbol" w:cs="Segoe UI Symbol"/>
                <w:b/>
                <w:bCs/>
                <w:color w:val="006853"/>
                <w:szCs w:val="21"/>
                <w:lang w:val="cy-GB"/>
              </w:rPr>
              <w:t>✓</w:t>
            </w:r>
            <w:r>
              <w:rPr>
                <w:rFonts w:ascii="Helvetica" w:eastAsia="Helvetica" w:hAnsi="Helvetica" w:cs="Arial"/>
                <w:b/>
                <w:bCs/>
                <w:color w:val="006853"/>
                <w:szCs w:val="21"/>
                <w:lang w:val="cy-GB"/>
              </w:rPr>
              <w:t xml:space="preserve"> </w:t>
            </w:r>
            <w:r>
              <w:rPr>
                <w:rFonts w:ascii="Helvetica" w:eastAsia="Helvetica" w:hAnsi="Helvetica" w:cs="Arial"/>
                <w:szCs w:val="21"/>
                <w:lang w:val="cy-GB"/>
              </w:rPr>
              <w:t>Gwerthwch y cysyniad drwy esbonio beth mae'r tîm wedi'i greu, ar gyfer pwy y mae a pham mae'r syniad yn bwysig.</w:t>
            </w:r>
          </w:p>
          <w:p w14:paraId="6E475E9D" w14:textId="77777777" w:rsidR="00C516E8" w:rsidRPr="0089220E" w:rsidRDefault="00D67D08">
            <w:pPr>
              <w:spacing w:after="60"/>
              <w:ind w:left="288" w:hanging="230"/>
              <w:rPr>
                <w:rFonts w:ascii="Helvetica" w:hAnsi="Helvetica"/>
              </w:rPr>
            </w:pPr>
            <w:r>
              <w:rPr>
                <w:rFonts w:ascii="Segoe UI Symbol" w:eastAsia="Segoe UI Symbol" w:hAnsi="Segoe UI Symbol" w:cs="Segoe UI Symbol"/>
                <w:b/>
                <w:bCs/>
                <w:color w:val="006853"/>
                <w:szCs w:val="21"/>
                <w:lang w:val="cy-GB"/>
              </w:rPr>
              <w:t>✓</w:t>
            </w:r>
            <w:r>
              <w:rPr>
                <w:rFonts w:ascii="Helvetica" w:eastAsia="Helvetica" w:hAnsi="Helvetica" w:cs="Arial"/>
                <w:b/>
                <w:bCs/>
                <w:color w:val="006853"/>
                <w:szCs w:val="21"/>
                <w:lang w:val="cy-GB"/>
              </w:rPr>
              <w:t xml:space="preserve"> </w:t>
            </w:r>
            <w:r>
              <w:rPr>
                <w:rFonts w:ascii="Helvetica" w:eastAsia="Helvetica" w:hAnsi="Helvetica" w:cs="Arial"/>
                <w:szCs w:val="21"/>
                <w:lang w:val="cy-GB"/>
              </w:rPr>
              <w:t>Dangoswch y greadigaeth ar waith, gan gynnwys y prif nodweddion, sut i chwarae’r gêm neu daith y defnyddiwr.</w:t>
            </w:r>
          </w:p>
          <w:p w14:paraId="43058CA5" w14:textId="77777777" w:rsidR="00C516E8" w:rsidRPr="0089220E" w:rsidRDefault="00D67D08">
            <w:pPr>
              <w:spacing w:after="60"/>
              <w:ind w:left="288" w:hanging="230"/>
              <w:rPr>
                <w:rFonts w:ascii="Helvetica" w:hAnsi="Helvetica"/>
              </w:rPr>
            </w:pPr>
            <w:r>
              <w:rPr>
                <w:rFonts w:ascii="Segoe UI Symbol" w:eastAsia="Segoe UI Symbol" w:hAnsi="Segoe UI Symbol" w:cs="Segoe UI Symbol"/>
                <w:b/>
                <w:bCs/>
                <w:color w:val="006853"/>
                <w:szCs w:val="21"/>
                <w:lang w:val="cy-GB"/>
              </w:rPr>
              <w:t>✓</w:t>
            </w:r>
            <w:r>
              <w:rPr>
                <w:rFonts w:ascii="Helvetica" w:eastAsia="Helvetica" w:hAnsi="Helvetica" w:cs="Arial"/>
                <w:b/>
                <w:bCs/>
                <w:color w:val="006853"/>
                <w:szCs w:val="21"/>
                <w:lang w:val="cy-GB"/>
              </w:rPr>
              <w:t xml:space="preserve"> </w:t>
            </w:r>
            <w:r>
              <w:rPr>
                <w:rFonts w:ascii="Helvetica" w:eastAsia="Helvetica" w:hAnsi="Helvetica" w:cs="Arial"/>
                <w:szCs w:val="21"/>
                <w:lang w:val="cy-GB"/>
              </w:rPr>
              <w:t>Eglurwch y camau a gymerwyd i gynllunio, dylunio, adeiladu, profi a gwella'r prosiect.</w:t>
            </w:r>
          </w:p>
          <w:p w14:paraId="46F16717" w14:textId="77777777" w:rsidR="00C516E8" w:rsidRPr="0089220E" w:rsidRDefault="00D67D08">
            <w:pPr>
              <w:spacing w:after="60"/>
              <w:ind w:left="288" w:hanging="230"/>
              <w:rPr>
                <w:rFonts w:ascii="Helvetica" w:hAnsi="Helvetica"/>
              </w:rPr>
            </w:pPr>
            <w:r>
              <w:rPr>
                <w:rFonts w:ascii="Segoe UI Symbol" w:eastAsia="Segoe UI Symbol" w:hAnsi="Segoe UI Symbol" w:cs="Segoe UI Symbol"/>
                <w:b/>
                <w:bCs/>
                <w:color w:val="006853"/>
                <w:szCs w:val="21"/>
                <w:lang w:val="cy-GB"/>
              </w:rPr>
              <w:t>✓</w:t>
            </w:r>
            <w:r>
              <w:rPr>
                <w:rFonts w:ascii="Helvetica" w:eastAsia="Helvetica" w:hAnsi="Helvetica" w:cs="Arial"/>
                <w:b/>
                <w:bCs/>
                <w:color w:val="006853"/>
                <w:szCs w:val="21"/>
                <w:lang w:val="cy-GB"/>
              </w:rPr>
              <w:t xml:space="preserve"> </w:t>
            </w:r>
            <w:r>
              <w:rPr>
                <w:rFonts w:ascii="Helvetica" w:eastAsia="Helvetica" w:hAnsi="Helvetica" w:cs="Arial"/>
                <w:szCs w:val="21"/>
                <w:lang w:val="cy-GB"/>
              </w:rPr>
              <w:t>Disgrifiwch sut mae'r greadigaeth yn ymateb i'r thema gysylltiedig a ddewiswyd a'r broblem y mae'n anelu at fynd i'r afael â hi.</w:t>
            </w:r>
          </w:p>
          <w:p w14:paraId="360CAC55" w14:textId="77777777" w:rsidR="00C516E8" w:rsidRPr="0089220E" w:rsidRDefault="00D67D08">
            <w:pPr>
              <w:spacing w:after="60"/>
              <w:ind w:left="288" w:hanging="230"/>
              <w:rPr>
                <w:rFonts w:ascii="Helvetica" w:hAnsi="Helvetica"/>
              </w:rPr>
            </w:pPr>
            <w:r>
              <w:rPr>
                <w:rFonts w:ascii="Segoe UI Symbol" w:eastAsia="Segoe UI Symbol" w:hAnsi="Segoe UI Symbol" w:cs="Segoe UI Symbol"/>
                <w:b/>
                <w:bCs/>
                <w:color w:val="006853"/>
                <w:szCs w:val="21"/>
                <w:lang w:val="cy-GB"/>
              </w:rPr>
              <w:t>✓</w:t>
            </w:r>
            <w:r>
              <w:rPr>
                <w:rFonts w:ascii="Helvetica" w:eastAsia="Helvetica" w:hAnsi="Helvetica" w:cs="Arial"/>
                <w:b/>
                <w:bCs/>
                <w:color w:val="006853"/>
                <w:szCs w:val="21"/>
                <w:lang w:val="cy-GB"/>
              </w:rPr>
              <w:t xml:space="preserve"> </w:t>
            </w:r>
            <w:r>
              <w:rPr>
                <w:rFonts w:ascii="Helvetica" w:eastAsia="Helvetica" w:hAnsi="Helvetica" w:cs="Arial"/>
                <w:szCs w:val="21"/>
                <w:lang w:val="cy-GB"/>
              </w:rPr>
              <w:t>Amlygwch yr hyn a ddysgodd y tîm, yr heriau a wynebwyd a sut y gwnaeth y tîm gydweithio.</w:t>
            </w:r>
          </w:p>
          <w:p w14:paraId="1F3BFD97" w14:textId="2F4B6C81" w:rsidR="00C516E8" w:rsidRPr="0089220E" w:rsidRDefault="00F931A7">
            <w:pPr>
              <w:rPr>
                <w:rFonts w:ascii="Helvetica" w:hAnsi="Helvetica"/>
              </w:rPr>
            </w:pPr>
            <w:r>
              <w:rPr>
                <w:rFonts w:ascii="Helvetica" w:hAnsi="Helvetica" w:cs="Helvetica"/>
                <w:i/>
                <w:iCs/>
                <w:sz w:val="19"/>
                <w:szCs w:val="19"/>
                <w:lang w:val="cy-GB"/>
              </w:rPr>
              <w:t>Dylai'r fideo atodi’r prosiect a gaiff ei gynnig yn hytrach na'i ddisodli. Dylai gwylwyr allu gweld y greadigaeth orffenedig a chlywed esboniad eglur a chryno ynghylch y meddylfryd sy’n sail iddi.</w:t>
            </w:r>
          </w:p>
        </w:tc>
      </w:tr>
    </w:tbl>
    <w:p w14:paraId="4B88722D" w14:textId="77777777" w:rsidR="00C516E8" w:rsidRPr="004B7A82" w:rsidRDefault="00C516E8">
      <w:pPr>
        <w:rPr>
          <w:rFonts w:ascii="Helvetica" w:hAnsi="Helvetica"/>
          <w:color w:val="1B6434"/>
        </w:rPr>
      </w:pPr>
    </w:p>
    <w:p w14:paraId="4C910003" w14:textId="77777777" w:rsidR="00C516E8" w:rsidRPr="004B7A82" w:rsidRDefault="00D67D08">
      <w:pPr>
        <w:pStyle w:val="Heading2"/>
        <w:spacing w:after="100"/>
        <w:rPr>
          <w:rFonts w:ascii="Helvetica" w:hAnsi="Helvetica"/>
          <w:color w:val="1B6434"/>
        </w:rPr>
      </w:pPr>
      <w:r>
        <w:rPr>
          <w:rFonts w:ascii="Helvetica" w:eastAsia="Helvetica" w:hAnsi="Helvetica" w:cs="Times New Roman"/>
          <w:color w:val="1B6434"/>
          <w:lang w:val="cy-GB"/>
        </w:rPr>
        <w:t>Strwythur syml ar gyfer y fideo</w:t>
      </w:r>
    </w:p>
    <w:tbl>
      <w:tblPr>
        <w:tblW w:w="0" w:type="auto"/>
        <w:jc w:val="center"/>
        <w:tblLayout w:type="fixed"/>
        <w:tblLook w:val="04A0" w:firstRow="1" w:lastRow="0" w:firstColumn="1" w:lastColumn="0" w:noHBand="0" w:noVBand="1"/>
      </w:tblPr>
      <w:tblGrid>
        <w:gridCol w:w="4968"/>
        <w:gridCol w:w="4968"/>
      </w:tblGrid>
      <w:tr w:rsidR="00A44D6C" w14:paraId="4CA2B0A8" w14:textId="77777777">
        <w:trPr>
          <w:jc w:val="center"/>
        </w:trPr>
        <w:tc>
          <w:tcPr>
            <w:tcW w:w="4968" w:type="dxa"/>
            <w:shd w:val="clear" w:color="auto" w:fill="006853"/>
            <w:tcMar>
              <w:top w:w="130" w:type="dxa"/>
              <w:left w:w="70" w:type="dxa"/>
              <w:bottom w:w="130" w:type="dxa"/>
              <w:right w:w="70" w:type="dxa"/>
            </w:tcMar>
            <w:vAlign w:val="center"/>
          </w:tcPr>
          <w:p w14:paraId="71BA60DB" w14:textId="77777777" w:rsidR="00C516E8" w:rsidRPr="0089220E" w:rsidRDefault="00D67D08">
            <w:pPr>
              <w:jc w:val="center"/>
              <w:rPr>
                <w:rFonts w:ascii="Helvetica" w:hAnsi="Helvetica"/>
              </w:rPr>
            </w:pPr>
            <w:r>
              <w:rPr>
                <w:rFonts w:ascii="Helvetica" w:eastAsia="Helvetica" w:hAnsi="Helvetica" w:cs="Arial"/>
                <w:b/>
                <w:bCs/>
                <w:color w:val="FFFFFF"/>
                <w:sz w:val="30"/>
                <w:szCs w:val="30"/>
                <w:lang w:val="cy-GB"/>
              </w:rPr>
              <w:t>1</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1622B5BC" w14:textId="0D1122C8" w:rsidR="00C516E8" w:rsidRPr="0089220E" w:rsidRDefault="00D67D08">
            <w:pPr>
              <w:rPr>
                <w:rFonts w:ascii="Helvetica" w:hAnsi="Helvetica"/>
              </w:rPr>
            </w:pPr>
            <w:r>
              <w:rPr>
                <w:rFonts w:ascii="Helvetica" w:eastAsia="Helvetica" w:hAnsi="Helvetica" w:cs="Arial"/>
                <w:b/>
                <w:bCs/>
                <w:color w:val="006853"/>
                <w:szCs w:val="21"/>
                <w:lang w:val="cy-GB"/>
              </w:rPr>
              <w:t>Cyflwyn</w:t>
            </w:r>
            <w:r w:rsidR="00F931A7">
              <w:rPr>
                <w:rFonts w:ascii="Helvetica" w:eastAsia="Helvetica" w:hAnsi="Helvetica" w:cs="Arial"/>
                <w:b/>
                <w:bCs/>
                <w:color w:val="006853"/>
                <w:szCs w:val="21"/>
                <w:lang w:val="cy-GB"/>
              </w:rPr>
              <w:t>wch y</w:t>
            </w:r>
            <w:r>
              <w:rPr>
                <w:rFonts w:ascii="Helvetica" w:eastAsia="Helvetica" w:hAnsi="Helvetica" w:cs="Arial"/>
                <w:b/>
                <w:bCs/>
                <w:color w:val="006853"/>
                <w:szCs w:val="21"/>
                <w:lang w:val="cy-GB"/>
              </w:rPr>
              <w:t xml:space="preserve"> syniad  </w:t>
            </w:r>
            <w:r>
              <w:rPr>
                <w:rFonts w:ascii="Helvetica" w:eastAsia="Helvetica" w:hAnsi="Helvetica" w:cs="Arial"/>
                <w:szCs w:val="21"/>
                <w:lang w:val="cy-GB"/>
              </w:rPr>
              <w:t>Nodwch enw'r prosiect, y thema a ddewiswyd a'r broblem yr oedd y tîm yn dymuno ei datrys.</w:t>
            </w:r>
          </w:p>
        </w:tc>
      </w:tr>
    </w:tbl>
    <w:p w14:paraId="18600230" w14:textId="77777777" w:rsidR="00C516E8" w:rsidRPr="0089220E"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28BB9493" w14:textId="77777777">
        <w:trPr>
          <w:jc w:val="center"/>
        </w:trPr>
        <w:tc>
          <w:tcPr>
            <w:tcW w:w="4968" w:type="dxa"/>
            <w:shd w:val="clear" w:color="auto" w:fill="006853"/>
            <w:tcMar>
              <w:top w:w="130" w:type="dxa"/>
              <w:left w:w="70" w:type="dxa"/>
              <w:bottom w:w="130" w:type="dxa"/>
              <w:right w:w="70" w:type="dxa"/>
            </w:tcMar>
            <w:vAlign w:val="center"/>
          </w:tcPr>
          <w:p w14:paraId="3640A728" w14:textId="77777777" w:rsidR="00C516E8" w:rsidRPr="0089220E" w:rsidRDefault="00D67D08">
            <w:pPr>
              <w:jc w:val="center"/>
              <w:rPr>
                <w:rFonts w:ascii="Helvetica" w:hAnsi="Helvetica"/>
              </w:rPr>
            </w:pPr>
            <w:r>
              <w:rPr>
                <w:rFonts w:ascii="Helvetica" w:eastAsia="Helvetica" w:hAnsi="Helvetica" w:cs="Arial"/>
                <w:b/>
                <w:bCs/>
                <w:color w:val="FFFFFF"/>
                <w:sz w:val="30"/>
                <w:szCs w:val="30"/>
                <w:lang w:val="cy-GB"/>
              </w:rPr>
              <w:t>2</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69597A74" w14:textId="3C79BD5C" w:rsidR="00C516E8" w:rsidRPr="0089220E" w:rsidRDefault="00D67D08">
            <w:pPr>
              <w:rPr>
                <w:rFonts w:ascii="Helvetica" w:hAnsi="Helvetica"/>
              </w:rPr>
            </w:pPr>
            <w:r>
              <w:rPr>
                <w:rFonts w:ascii="Helvetica" w:eastAsia="Helvetica" w:hAnsi="Helvetica" w:cs="Arial"/>
                <w:b/>
                <w:bCs/>
                <w:color w:val="006853"/>
                <w:szCs w:val="21"/>
                <w:lang w:val="cy-GB"/>
              </w:rPr>
              <w:t>Gwerth</w:t>
            </w:r>
            <w:r w:rsidR="00F931A7">
              <w:rPr>
                <w:rFonts w:ascii="Helvetica" w:eastAsia="Helvetica" w:hAnsi="Helvetica" w:cs="Arial"/>
                <w:b/>
                <w:bCs/>
                <w:color w:val="006853"/>
                <w:szCs w:val="21"/>
                <w:lang w:val="cy-GB"/>
              </w:rPr>
              <w:t>wch y</w:t>
            </w:r>
            <w:r>
              <w:rPr>
                <w:rFonts w:ascii="Helvetica" w:eastAsia="Helvetica" w:hAnsi="Helvetica" w:cs="Arial"/>
                <w:b/>
                <w:bCs/>
                <w:color w:val="006853"/>
                <w:szCs w:val="21"/>
                <w:lang w:val="cy-GB"/>
              </w:rPr>
              <w:t xml:space="preserve"> cysyniad  </w:t>
            </w:r>
            <w:r>
              <w:rPr>
                <w:rFonts w:ascii="Helvetica" w:eastAsia="Helvetica" w:hAnsi="Helvetica" w:cs="Arial"/>
                <w:szCs w:val="21"/>
                <w:lang w:val="cy-GB"/>
              </w:rPr>
              <w:t>Eglurwch pam mae’r syniad yn ddefnyddiol, yn ddiddorol neu'n wahanol, a phwy fyddai'n elwa ohono.</w:t>
            </w:r>
          </w:p>
        </w:tc>
      </w:tr>
    </w:tbl>
    <w:p w14:paraId="3F3F9C7A" w14:textId="77777777" w:rsidR="00C516E8" w:rsidRPr="0089220E"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63BD3E16" w14:textId="77777777">
        <w:trPr>
          <w:jc w:val="center"/>
        </w:trPr>
        <w:tc>
          <w:tcPr>
            <w:tcW w:w="4968" w:type="dxa"/>
            <w:shd w:val="clear" w:color="auto" w:fill="006853"/>
            <w:tcMar>
              <w:top w:w="130" w:type="dxa"/>
              <w:left w:w="70" w:type="dxa"/>
              <w:bottom w:w="130" w:type="dxa"/>
              <w:right w:w="70" w:type="dxa"/>
            </w:tcMar>
            <w:vAlign w:val="center"/>
          </w:tcPr>
          <w:p w14:paraId="0662BC55" w14:textId="77777777" w:rsidR="00C516E8" w:rsidRPr="0089220E" w:rsidRDefault="00D67D08">
            <w:pPr>
              <w:jc w:val="center"/>
              <w:rPr>
                <w:rFonts w:ascii="Helvetica" w:hAnsi="Helvetica"/>
              </w:rPr>
            </w:pPr>
            <w:r>
              <w:rPr>
                <w:rFonts w:ascii="Helvetica" w:eastAsia="Helvetica" w:hAnsi="Helvetica" w:cs="Arial"/>
                <w:b/>
                <w:bCs/>
                <w:color w:val="FFFFFF"/>
                <w:sz w:val="30"/>
                <w:szCs w:val="30"/>
                <w:lang w:val="cy-GB"/>
              </w:rPr>
              <w:t>3</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14DFAB59" w14:textId="77777777" w:rsidR="00C516E8" w:rsidRPr="0089220E" w:rsidRDefault="00D67D08">
            <w:pPr>
              <w:rPr>
                <w:rFonts w:ascii="Helvetica" w:hAnsi="Helvetica"/>
              </w:rPr>
            </w:pPr>
            <w:r>
              <w:rPr>
                <w:rFonts w:ascii="Helvetica" w:eastAsia="Helvetica" w:hAnsi="Helvetica" w:cs="Arial"/>
                <w:b/>
                <w:bCs/>
                <w:color w:val="006853"/>
                <w:szCs w:val="21"/>
                <w:lang w:val="cy-GB"/>
              </w:rPr>
              <w:t xml:space="preserve">Dangoswch y greadigaeth  </w:t>
            </w:r>
            <w:r>
              <w:rPr>
                <w:rFonts w:ascii="Helvetica" w:eastAsia="Helvetica" w:hAnsi="Helvetica" w:cs="Arial"/>
                <w:szCs w:val="21"/>
                <w:lang w:val="cy-GB"/>
              </w:rPr>
              <w:t>Dangoswch y gêm neu'r rhaglen yn gweithio. Canolbwyntiwch ar y prif nodweddion a phrofiad y defnyddiwr.</w:t>
            </w:r>
          </w:p>
        </w:tc>
      </w:tr>
    </w:tbl>
    <w:p w14:paraId="6E03BA24" w14:textId="77777777" w:rsidR="00C516E8" w:rsidRPr="0089220E"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6CFFB55B" w14:textId="77777777">
        <w:trPr>
          <w:jc w:val="center"/>
        </w:trPr>
        <w:tc>
          <w:tcPr>
            <w:tcW w:w="4968" w:type="dxa"/>
            <w:shd w:val="clear" w:color="auto" w:fill="006853"/>
            <w:tcMar>
              <w:top w:w="130" w:type="dxa"/>
              <w:left w:w="70" w:type="dxa"/>
              <w:bottom w:w="130" w:type="dxa"/>
              <w:right w:w="70" w:type="dxa"/>
            </w:tcMar>
            <w:vAlign w:val="center"/>
          </w:tcPr>
          <w:p w14:paraId="2008E35A" w14:textId="77777777" w:rsidR="00C516E8" w:rsidRPr="0089220E" w:rsidRDefault="00D67D08">
            <w:pPr>
              <w:jc w:val="center"/>
              <w:rPr>
                <w:rFonts w:ascii="Helvetica" w:hAnsi="Helvetica"/>
              </w:rPr>
            </w:pPr>
            <w:r>
              <w:rPr>
                <w:rFonts w:ascii="Helvetica" w:eastAsia="Helvetica" w:hAnsi="Helvetica" w:cs="Arial"/>
                <w:b/>
                <w:bCs/>
                <w:color w:val="FFFFFF"/>
                <w:sz w:val="30"/>
                <w:szCs w:val="30"/>
                <w:lang w:val="cy-GB"/>
              </w:rPr>
              <w:t>4</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1006B94F" w14:textId="77777777" w:rsidR="00C516E8" w:rsidRPr="0089220E" w:rsidRDefault="00D67D08">
            <w:pPr>
              <w:rPr>
                <w:rFonts w:ascii="Helvetica" w:hAnsi="Helvetica"/>
              </w:rPr>
            </w:pPr>
            <w:r>
              <w:rPr>
                <w:rFonts w:ascii="Helvetica" w:eastAsia="Helvetica" w:hAnsi="Helvetica" w:cs="Arial"/>
                <w:b/>
                <w:bCs/>
                <w:color w:val="006853"/>
                <w:szCs w:val="21"/>
                <w:lang w:val="cy-GB"/>
              </w:rPr>
              <w:t xml:space="preserve">Dangoswch y daith  </w:t>
            </w:r>
            <w:r>
              <w:rPr>
                <w:rFonts w:ascii="Helvetica" w:eastAsia="Helvetica" w:hAnsi="Helvetica" w:cs="Arial"/>
                <w:szCs w:val="21"/>
                <w:lang w:val="cy-GB"/>
              </w:rPr>
              <w:t>Rhannwch frasluniau, byrddau straeon, cod, prototeipiau neu brofion. Eglurwch y newidiadau pwysig a wnaed yn ystod y daith.</w:t>
            </w:r>
          </w:p>
        </w:tc>
      </w:tr>
    </w:tbl>
    <w:p w14:paraId="28DD63F7" w14:textId="77777777" w:rsidR="00C516E8" w:rsidRPr="0089220E"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4122B1FD" w14:textId="77777777">
        <w:trPr>
          <w:jc w:val="center"/>
        </w:trPr>
        <w:tc>
          <w:tcPr>
            <w:tcW w:w="4968" w:type="dxa"/>
            <w:shd w:val="clear" w:color="auto" w:fill="006853"/>
            <w:tcMar>
              <w:top w:w="130" w:type="dxa"/>
              <w:left w:w="70" w:type="dxa"/>
              <w:bottom w:w="130" w:type="dxa"/>
              <w:right w:w="70" w:type="dxa"/>
            </w:tcMar>
            <w:vAlign w:val="center"/>
          </w:tcPr>
          <w:p w14:paraId="5050B09A" w14:textId="77777777" w:rsidR="00C516E8" w:rsidRPr="0089220E" w:rsidRDefault="00D67D08">
            <w:pPr>
              <w:jc w:val="center"/>
              <w:rPr>
                <w:rFonts w:ascii="Helvetica" w:hAnsi="Helvetica"/>
              </w:rPr>
            </w:pPr>
            <w:r>
              <w:rPr>
                <w:rFonts w:ascii="Helvetica" w:eastAsia="Helvetica" w:hAnsi="Helvetica" w:cs="Arial"/>
                <w:b/>
                <w:bCs/>
                <w:color w:val="FFFFFF"/>
                <w:sz w:val="30"/>
                <w:szCs w:val="30"/>
                <w:lang w:val="cy-GB"/>
              </w:rPr>
              <w:lastRenderedPageBreak/>
              <w:t>5</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4293F4CA" w14:textId="77777777" w:rsidR="00C516E8" w:rsidRPr="0089220E" w:rsidRDefault="00D67D08">
            <w:pPr>
              <w:rPr>
                <w:rFonts w:ascii="Helvetica" w:hAnsi="Helvetica"/>
              </w:rPr>
            </w:pPr>
            <w:r>
              <w:rPr>
                <w:rFonts w:ascii="Helvetica" w:eastAsia="Helvetica" w:hAnsi="Helvetica" w:cs="Arial"/>
                <w:b/>
                <w:bCs/>
                <w:color w:val="006853"/>
                <w:szCs w:val="21"/>
                <w:lang w:val="cy-GB"/>
              </w:rPr>
              <w:t xml:space="preserve">Cysylltwch â'r thema  </w:t>
            </w:r>
            <w:r>
              <w:rPr>
                <w:rFonts w:ascii="Helvetica" w:eastAsia="Helvetica" w:hAnsi="Helvetica" w:cs="Arial"/>
                <w:szCs w:val="21"/>
                <w:lang w:val="cy-GB"/>
              </w:rPr>
              <w:t>Gorffennwch drwy egluro sut mae'r greadigaeth derfynol yn ateb yr her a ddewiswyd a'r hyn y dylai defnyddwyr ei ddysgu neu ei wneud.</w:t>
            </w:r>
          </w:p>
        </w:tc>
      </w:tr>
    </w:tbl>
    <w:p w14:paraId="61CA8526" w14:textId="77777777" w:rsidR="00C516E8" w:rsidRPr="0089220E" w:rsidRDefault="00D67D08">
      <w:pPr>
        <w:pStyle w:val="Heading1"/>
        <w:spacing w:after="160"/>
        <w:rPr>
          <w:rFonts w:ascii="Helvetica" w:hAnsi="Helvetica"/>
        </w:rPr>
      </w:pPr>
      <w:r>
        <w:rPr>
          <w:rFonts w:ascii="Helvetica" w:eastAsia="Helvetica" w:hAnsi="Helvetica" w:cs="Times New Roman"/>
          <w:szCs w:val="44"/>
          <w:lang w:val="cy-GB"/>
        </w:rPr>
        <w:t>Awgrymiadau ar gyfer ffilmio fideo hyrwyddo cryf</w:t>
      </w:r>
    </w:p>
    <w:tbl>
      <w:tblPr>
        <w:tblW w:w="0" w:type="auto"/>
        <w:jc w:val="center"/>
        <w:tblLayout w:type="fixed"/>
        <w:tblLook w:val="04A0" w:firstRow="1" w:lastRow="0" w:firstColumn="1" w:lastColumn="0" w:noHBand="0" w:noVBand="1"/>
      </w:tblPr>
      <w:tblGrid>
        <w:gridCol w:w="4968"/>
        <w:gridCol w:w="4968"/>
      </w:tblGrid>
      <w:tr w:rsidR="00A44D6C" w14:paraId="646070AD"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3163003C" w14:textId="77777777" w:rsidR="00C516E8" w:rsidRPr="0089220E" w:rsidRDefault="00D67D08">
            <w:pPr>
              <w:rPr>
                <w:rFonts w:ascii="Helvetica" w:hAnsi="Helvetica"/>
              </w:rPr>
            </w:pPr>
            <w:r>
              <w:rPr>
                <w:rFonts w:ascii="Helvetica" w:eastAsia="Helvetica" w:hAnsi="Helvetica" w:cs="Arial"/>
                <w:b/>
                <w:bCs/>
                <w:color w:val="1F4E78"/>
                <w:szCs w:val="21"/>
                <w:lang w:val="cy-GB"/>
              </w:rPr>
              <w:t>Cynlluniwch cyn ffilmio</w:t>
            </w:r>
          </w:p>
          <w:p w14:paraId="3E0CDA2F" w14:textId="7A1F5872" w:rsidR="00C516E8" w:rsidRPr="0089220E" w:rsidRDefault="00F931A7">
            <w:pPr>
              <w:spacing w:after="0"/>
              <w:rPr>
                <w:rFonts w:ascii="Helvetica" w:hAnsi="Helvetica"/>
              </w:rPr>
            </w:pPr>
            <w:r>
              <w:rPr>
                <w:rFonts w:ascii="Helvetica" w:hAnsi="Helvetica" w:cs="Helvetica"/>
                <w:szCs w:val="21"/>
                <w:lang w:val="cy-GB"/>
              </w:rPr>
              <w:t>Crëwch sgript fer neu fwrdd stori. Penderfynwch beth fydd yn cael ei ddangos, pwy fydd yn siarad ac yn trefnu pob adran.</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0E1B157E" w14:textId="2E850813" w:rsidR="00C516E8" w:rsidRPr="0089220E" w:rsidRDefault="00F931A7">
            <w:pPr>
              <w:rPr>
                <w:rFonts w:ascii="Helvetica" w:hAnsi="Helvetica"/>
              </w:rPr>
            </w:pPr>
            <w:r>
              <w:rPr>
                <w:rFonts w:ascii="Helvetica" w:hAnsi="Helvetica" w:cs="Helvetica"/>
                <w:b/>
                <w:bCs/>
                <w:color w:val="1F4E78"/>
                <w:szCs w:val="21"/>
                <w:lang w:val="cy-GB"/>
              </w:rPr>
              <w:t>Sicrhewch fod gennych ffocws pendant</w:t>
            </w:r>
          </w:p>
          <w:p w14:paraId="40144323" w14:textId="77777777" w:rsidR="00C516E8" w:rsidRPr="0089220E" w:rsidRDefault="00D67D08">
            <w:pPr>
              <w:spacing w:after="0"/>
              <w:rPr>
                <w:rFonts w:ascii="Helvetica" w:hAnsi="Helvetica"/>
              </w:rPr>
            </w:pPr>
            <w:r>
              <w:rPr>
                <w:rFonts w:ascii="Helvetica" w:eastAsia="Helvetica" w:hAnsi="Helvetica" w:cs="Arial"/>
                <w:szCs w:val="21"/>
                <w:lang w:val="cy-GB"/>
              </w:rPr>
              <w:t>Defnyddiwch esboniadau eglur a chryno. Blaenoriaethwch y prosiect, y daith ddatblygu a'r cysylltiad â'r thema.</w:t>
            </w:r>
          </w:p>
        </w:tc>
      </w:tr>
    </w:tbl>
    <w:p w14:paraId="62CF8A51" w14:textId="77777777" w:rsidR="00C516E8" w:rsidRPr="0089220E"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26DE8F6E"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EFA2DBA" w14:textId="77777777" w:rsidR="00C516E8" w:rsidRPr="0089220E" w:rsidRDefault="00D67D08">
            <w:pPr>
              <w:rPr>
                <w:rFonts w:ascii="Helvetica" w:hAnsi="Helvetica"/>
              </w:rPr>
            </w:pPr>
            <w:r>
              <w:rPr>
                <w:rFonts w:ascii="Helvetica" w:eastAsia="Helvetica" w:hAnsi="Helvetica" w:cs="Arial"/>
                <w:b/>
                <w:bCs/>
                <w:color w:val="1F4E78"/>
                <w:szCs w:val="21"/>
                <w:lang w:val="cy-GB"/>
              </w:rPr>
              <w:t>Dangoswch yn hytrach na dweud yn unig</w:t>
            </w:r>
          </w:p>
          <w:p w14:paraId="6EB90C6A" w14:textId="77777777" w:rsidR="00C516E8" w:rsidRPr="0089220E" w:rsidRDefault="00D67D08">
            <w:pPr>
              <w:spacing w:after="0"/>
              <w:rPr>
                <w:rFonts w:ascii="Helvetica" w:hAnsi="Helvetica"/>
              </w:rPr>
            </w:pPr>
            <w:r>
              <w:rPr>
                <w:rFonts w:ascii="Helvetica" w:eastAsia="Helvetica" w:hAnsi="Helvetica" w:cs="Arial"/>
                <w:szCs w:val="21"/>
                <w:lang w:val="cy-GB"/>
              </w:rPr>
              <w:t>Recordiwch y gêm neu'r rhaglen sy'n cael ei defnyddio. Defnyddiwch luniau agos neu recordiad sgrin fel bydd y nodweddion pwysig yn hawdd i'w gweld.</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C1E2229" w14:textId="77777777" w:rsidR="00C516E8" w:rsidRPr="0089220E" w:rsidRDefault="00D67D08">
            <w:pPr>
              <w:rPr>
                <w:rFonts w:ascii="Helvetica" w:hAnsi="Helvetica"/>
              </w:rPr>
            </w:pPr>
            <w:r>
              <w:rPr>
                <w:rFonts w:ascii="Helvetica" w:eastAsia="Helvetica" w:hAnsi="Helvetica" w:cs="Arial"/>
                <w:b/>
                <w:bCs/>
                <w:color w:val="1F4E78"/>
                <w:szCs w:val="21"/>
                <w:lang w:val="cy-GB"/>
              </w:rPr>
              <w:t>Recordiwch sain eglur</w:t>
            </w:r>
          </w:p>
          <w:p w14:paraId="3B116F10" w14:textId="77777777" w:rsidR="00C516E8" w:rsidRPr="0089220E" w:rsidRDefault="00D67D08">
            <w:pPr>
              <w:spacing w:after="0"/>
              <w:rPr>
                <w:rFonts w:ascii="Helvetica" w:hAnsi="Helvetica"/>
              </w:rPr>
            </w:pPr>
            <w:r>
              <w:rPr>
                <w:rFonts w:ascii="Helvetica" w:eastAsia="Helvetica" w:hAnsi="Helvetica" w:cs="Arial"/>
                <w:szCs w:val="21"/>
                <w:lang w:val="cy-GB"/>
              </w:rPr>
              <w:t>Ffilmiwch mewn lle tawel, gosodwch y meicroffon yn agos at y siaradwr a gwnewch recordiad byr i brofi cyn dechrau.</w:t>
            </w:r>
          </w:p>
        </w:tc>
      </w:tr>
    </w:tbl>
    <w:p w14:paraId="433147E7" w14:textId="77777777" w:rsidR="00C516E8" w:rsidRPr="0089220E"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66FDC3E9"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54A033B2" w14:textId="77777777" w:rsidR="00C516E8" w:rsidRPr="0089220E" w:rsidRDefault="00D67D08">
            <w:pPr>
              <w:rPr>
                <w:rFonts w:ascii="Helvetica" w:hAnsi="Helvetica"/>
              </w:rPr>
            </w:pPr>
            <w:r>
              <w:rPr>
                <w:rFonts w:ascii="Helvetica" w:eastAsia="Helvetica" w:hAnsi="Helvetica" w:cs="Arial"/>
                <w:b/>
                <w:bCs/>
                <w:color w:val="1F4E78"/>
                <w:szCs w:val="21"/>
                <w:lang w:val="cy-GB"/>
              </w:rPr>
              <w:t>Defnyddiwch ddelweddau di-sigl, wedi’u goleuo’n dda</w:t>
            </w:r>
          </w:p>
          <w:p w14:paraId="20EC1825" w14:textId="549118E9" w:rsidR="00C516E8" w:rsidRPr="0089220E" w:rsidRDefault="00F931A7">
            <w:pPr>
              <w:spacing w:after="0"/>
              <w:rPr>
                <w:rFonts w:ascii="Helvetica" w:hAnsi="Helvetica"/>
              </w:rPr>
            </w:pPr>
            <w:r>
              <w:rPr>
                <w:rFonts w:ascii="Helvetica" w:hAnsi="Helvetica" w:cs="Helvetica"/>
                <w:szCs w:val="21"/>
                <w:lang w:val="cy-GB"/>
              </w:rPr>
              <w:t>Sicrhewch fod y camera yn ddi-sigl a gosodwch y prif olau o flaen y gwrthrych neu'r prosiect, nid y tu ôl iddo.</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1C670D2C" w14:textId="1E9D8E78" w:rsidR="00C516E8" w:rsidRPr="0089220E" w:rsidRDefault="00F931A7">
            <w:pPr>
              <w:rPr>
                <w:rFonts w:ascii="Helvetica" w:hAnsi="Helvetica"/>
              </w:rPr>
            </w:pPr>
            <w:r>
              <w:rPr>
                <w:rFonts w:ascii="Helvetica" w:eastAsia="Helvetica" w:hAnsi="Helvetica" w:cs="Arial"/>
                <w:b/>
                <w:bCs/>
                <w:color w:val="1F4E78"/>
                <w:szCs w:val="21"/>
                <w:lang w:val="cy-GB"/>
              </w:rPr>
              <w:t>Gwnewch y</w:t>
            </w:r>
            <w:r w:rsidR="00D67D08">
              <w:rPr>
                <w:rFonts w:ascii="Helvetica" w:eastAsia="Helvetica" w:hAnsi="Helvetica" w:cs="Arial"/>
                <w:b/>
                <w:bCs/>
                <w:color w:val="1F4E78"/>
                <w:szCs w:val="21"/>
                <w:lang w:val="cy-GB"/>
              </w:rPr>
              <w:t xml:space="preserve"> cynnwys ar y sgrin yn ddarllenadwy</w:t>
            </w:r>
          </w:p>
          <w:p w14:paraId="387120A2" w14:textId="77777777" w:rsidR="00C516E8" w:rsidRPr="0089220E" w:rsidRDefault="00D67D08">
            <w:pPr>
              <w:spacing w:after="0"/>
              <w:rPr>
                <w:rFonts w:ascii="Helvetica" w:hAnsi="Helvetica"/>
              </w:rPr>
            </w:pPr>
            <w:r>
              <w:rPr>
                <w:rFonts w:ascii="Helvetica" w:eastAsia="Helvetica" w:hAnsi="Helvetica" w:cs="Arial"/>
                <w:szCs w:val="21"/>
                <w:lang w:val="cy-GB"/>
              </w:rPr>
              <w:t>Osgowch destun bychan, sgrolio cyflym a llewyrch. Oedwch yn ddigon hir i wylwyr allu deall beth sy'n cael ei ddangos.</w:t>
            </w:r>
          </w:p>
        </w:tc>
      </w:tr>
    </w:tbl>
    <w:p w14:paraId="3051B26A" w14:textId="77777777" w:rsidR="00C516E8" w:rsidRPr="0089220E"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3B9BF03F"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9364E25" w14:textId="77777777" w:rsidR="00C516E8" w:rsidRPr="0089220E" w:rsidRDefault="00D67D08">
            <w:pPr>
              <w:rPr>
                <w:rFonts w:ascii="Helvetica" w:hAnsi="Helvetica"/>
              </w:rPr>
            </w:pPr>
            <w:r>
              <w:rPr>
                <w:rFonts w:ascii="Helvetica" w:eastAsia="Helvetica" w:hAnsi="Helvetica" w:cs="Arial"/>
                <w:b/>
                <w:bCs/>
                <w:color w:val="1F4E78"/>
                <w:szCs w:val="21"/>
                <w:lang w:val="cy-GB"/>
              </w:rPr>
              <w:t>Ystyriwch hygyrchedd</w:t>
            </w:r>
          </w:p>
          <w:p w14:paraId="4360BFC7" w14:textId="77777777" w:rsidR="00C516E8" w:rsidRPr="0089220E" w:rsidRDefault="00D67D08">
            <w:pPr>
              <w:spacing w:after="0"/>
              <w:rPr>
                <w:rFonts w:ascii="Helvetica" w:hAnsi="Helvetica"/>
              </w:rPr>
            </w:pPr>
            <w:r>
              <w:rPr>
                <w:rFonts w:ascii="Helvetica" w:eastAsia="Helvetica" w:hAnsi="Helvetica" w:cs="Arial"/>
                <w:szCs w:val="21"/>
                <w:lang w:val="cy-GB"/>
              </w:rPr>
              <w:t>Defnyddiwch gapsiynau lle bo modd, siaradwch yn eglur ac esboniwch wybodaeth weledol bwysig. Osgowch ddibynnu ar gerddoriaeth neu liw yn unig i gyfleu ystyr.</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71AA0311" w14:textId="77777777" w:rsidR="00C516E8" w:rsidRPr="0089220E" w:rsidRDefault="00D67D08">
            <w:pPr>
              <w:rPr>
                <w:rFonts w:ascii="Helvetica" w:hAnsi="Helvetica"/>
              </w:rPr>
            </w:pPr>
            <w:r>
              <w:rPr>
                <w:rFonts w:ascii="Helvetica" w:eastAsia="Helvetica" w:hAnsi="Helvetica" w:cs="Arial"/>
                <w:b/>
                <w:bCs/>
                <w:color w:val="1F4E78"/>
                <w:szCs w:val="21"/>
                <w:lang w:val="cy-GB"/>
              </w:rPr>
              <w:t>Cofiwch ddiogelu preifatrwydd a chadw’n ddiogel</w:t>
            </w:r>
          </w:p>
          <w:p w14:paraId="224491D9" w14:textId="2E963538" w:rsidR="00C516E8" w:rsidRPr="0089220E" w:rsidRDefault="00F931A7">
            <w:pPr>
              <w:spacing w:after="0"/>
              <w:rPr>
                <w:rFonts w:ascii="Helvetica" w:hAnsi="Helvetica"/>
              </w:rPr>
            </w:pPr>
            <w:r>
              <w:rPr>
                <w:rFonts w:ascii="Helvetica" w:hAnsi="Helvetica" w:cs="Helvetica"/>
                <w:szCs w:val="21"/>
                <w:lang w:val="cy-GB"/>
              </w:rPr>
              <w:t>Dilynwch drefniadau diogelu a chydsynio yr ysgol. Peidiwch ag arddangos gwybodaeth bersonol, cyfrineiriau, negeseuon preifat na gwybodaeth am ddisgyblion na ddylid ei rhannu.</w:t>
            </w:r>
          </w:p>
        </w:tc>
      </w:tr>
    </w:tbl>
    <w:p w14:paraId="685C867D" w14:textId="77777777" w:rsidR="00C516E8" w:rsidRPr="0089220E"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A44D6C" w14:paraId="703D3382"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0A04EF0" w14:textId="77777777" w:rsidR="00C516E8" w:rsidRPr="0089220E" w:rsidRDefault="00D67D08">
            <w:pPr>
              <w:rPr>
                <w:rFonts w:ascii="Helvetica" w:hAnsi="Helvetica"/>
              </w:rPr>
            </w:pPr>
            <w:r>
              <w:rPr>
                <w:rFonts w:ascii="Helvetica" w:eastAsia="Helvetica" w:hAnsi="Helvetica" w:cs="Arial"/>
                <w:b/>
                <w:bCs/>
                <w:color w:val="1F4E78"/>
                <w:szCs w:val="21"/>
                <w:lang w:val="cy-GB"/>
              </w:rPr>
              <w:t>Adolygwch cyn cyflwyno</w:t>
            </w:r>
          </w:p>
          <w:p w14:paraId="61012BBF" w14:textId="77777777" w:rsidR="00C516E8" w:rsidRPr="0089220E" w:rsidRDefault="00D67D08">
            <w:pPr>
              <w:spacing w:after="0"/>
              <w:rPr>
                <w:rFonts w:ascii="Helvetica" w:hAnsi="Helvetica"/>
              </w:rPr>
            </w:pPr>
            <w:r>
              <w:rPr>
                <w:rFonts w:ascii="Helvetica" w:eastAsia="Helvetica" w:hAnsi="Helvetica" w:cs="Arial"/>
                <w:szCs w:val="21"/>
                <w:lang w:val="cy-GB"/>
              </w:rPr>
              <w:t>Gwyliwch y fideo cyflawn, sicrhewch fod y sain a'r elfennau gweledol gweithio, a chadarnhewch fod pob pwynt gofynnol wedi'i drafod.</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04F82112" w14:textId="77777777" w:rsidR="00C516E8" w:rsidRPr="0089220E" w:rsidRDefault="00D67D08">
            <w:pPr>
              <w:rPr>
                <w:rFonts w:ascii="Helvetica" w:hAnsi="Helvetica"/>
              </w:rPr>
            </w:pPr>
            <w:r>
              <w:rPr>
                <w:rFonts w:ascii="Helvetica" w:eastAsia="Helvetica" w:hAnsi="Helvetica" w:cs="Arial"/>
                <w:b/>
                <w:bCs/>
                <w:color w:val="1F4E78"/>
                <w:szCs w:val="21"/>
                <w:lang w:val="cy-GB"/>
              </w:rPr>
              <w:t>Gwiriwch y gofynion ynghylch cyflwyno cynnig</w:t>
            </w:r>
          </w:p>
          <w:p w14:paraId="3E196B7B" w14:textId="77777777" w:rsidR="00C516E8" w:rsidRPr="0089220E" w:rsidRDefault="00D67D08">
            <w:pPr>
              <w:spacing w:after="0"/>
              <w:rPr>
                <w:rFonts w:ascii="Helvetica" w:hAnsi="Helvetica"/>
              </w:rPr>
            </w:pPr>
            <w:r>
              <w:rPr>
                <w:rFonts w:ascii="Helvetica" w:eastAsia="Helvetica" w:hAnsi="Helvetica" w:cs="Arial"/>
                <w:szCs w:val="21"/>
                <w:lang w:val="cy-GB"/>
              </w:rPr>
              <w:t>Cyn uwchlwytho, darllenwch y canllawiau cystadlu swyddogol i gael manylion y fformat ffeil derbyniol, hyd, maint y ffeil, confensiwn enwi a dull cyflwyno.</w:t>
            </w:r>
          </w:p>
        </w:tc>
      </w:tr>
    </w:tbl>
    <w:p w14:paraId="76EDFCA8" w14:textId="77777777" w:rsidR="00C516E8" w:rsidRDefault="00C516E8">
      <w:pPr>
        <w:spacing w:after="20"/>
        <w:rPr>
          <w:rFonts w:ascii="Helvetica" w:hAnsi="Helvetica"/>
        </w:rPr>
      </w:pPr>
    </w:p>
    <w:p w14:paraId="3DD509CF" w14:textId="77777777" w:rsidR="0089220E" w:rsidRDefault="0089220E">
      <w:pPr>
        <w:spacing w:after="20"/>
        <w:rPr>
          <w:rFonts w:ascii="Helvetica" w:hAnsi="Helvetica"/>
        </w:rPr>
      </w:pPr>
    </w:p>
    <w:p w14:paraId="06D0B304" w14:textId="77777777" w:rsidR="0089220E" w:rsidRDefault="0089220E">
      <w:pPr>
        <w:spacing w:after="20"/>
        <w:rPr>
          <w:rFonts w:ascii="Helvetica" w:hAnsi="Helvetica"/>
        </w:rPr>
      </w:pPr>
    </w:p>
    <w:p w14:paraId="368A80B8" w14:textId="77777777" w:rsidR="00567AA3" w:rsidRPr="0089220E" w:rsidRDefault="00D67D08">
      <w:pPr>
        <w:pStyle w:val="Heading1"/>
        <w:rPr>
          <w:rFonts w:ascii="Helvetica" w:hAnsi="Helvetica"/>
          <w:color w:val="1B6434"/>
        </w:rPr>
      </w:pPr>
      <w:r>
        <w:rPr>
          <w:rFonts w:ascii="Helvetica" w:eastAsia="Helvetica" w:hAnsi="Helvetica" w:cs="Times New Roman"/>
          <w:color w:val="1B6434"/>
          <w:szCs w:val="44"/>
          <w:lang w:val="cy-GB"/>
        </w:rPr>
        <w:t>Dewiswch eich her</w:t>
      </w:r>
    </w:p>
    <w:p w14:paraId="7A78DA8C" w14:textId="649D1318" w:rsidR="00567AA3" w:rsidRPr="0089220E" w:rsidRDefault="00F931A7">
      <w:pPr>
        <w:rPr>
          <w:rFonts w:ascii="Helvetica" w:hAnsi="Helvetica"/>
        </w:rPr>
      </w:pPr>
      <w:r>
        <w:rPr>
          <w:rFonts w:ascii="Helvetica" w:hAnsi="Helvetica" w:cs="Helvetica"/>
          <w:szCs w:val="21"/>
          <w:lang w:val="cy-GB"/>
        </w:rPr>
        <w:t>Mae pob partner wedi gosod thema go iawn wedi'i chynllunio i ysbrydoli atebion digidol creadigol. Defnyddiwch y canllaw hwn i gymharu'r opsiynau a dewis y pwnc y mae eich tîm yn dymuno rhoi sylw iddo.</w:t>
      </w:r>
    </w:p>
    <w:tbl>
      <w:tblPr>
        <w:tblW w:w="0" w:type="auto"/>
        <w:jc w:val="center"/>
        <w:tblLook w:val="04A0" w:firstRow="1" w:lastRow="0" w:firstColumn="1" w:lastColumn="0" w:noHBand="0" w:noVBand="1"/>
      </w:tblPr>
      <w:tblGrid>
        <w:gridCol w:w="4968"/>
        <w:gridCol w:w="4968"/>
      </w:tblGrid>
      <w:tr w:rsidR="00A44D6C" w14:paraId="5D8BC1F2" w14:textId="77777777">
        <w:trPr>
          <w:jc w:val="center"/>
        </w:trPr>
        <w:tc>
          <w:tcPr>
            <w:tcW w:w="4968" w:type="dxa"/>
            <w:shd w:val="clear" w:color="auto" w:fill="006853"/>
            <w:tcMar>
              <w:top w:w="150" w:type="dxa"/>
              <w:left w:w="150" w:type="dxa"/>
              <w:bottom w:w="150" w:type="dxa"/>
              <w:right w:w="150" w:type="dxa"/>
            </w:tcMar>
          </w:tcPr>
          <w:p w14:paraId="0965268C" w14:textId="77777777" w:rsidR="00567AA3" w:rsidRPr="0089220E" w:rsidRDefault="00D67D08">
            <w:pPr>
              <w:rPr>
                <w:rFonts w:ascii="Helvetica" w:hAnsi="Helvetica"/>
              </w:rPr>
            </w:pPr>
            <w:r>
              <w:rPr>
                <w:rFonts w:ascii="Helvetica" w:eastAsia="Helvetica" w:hAnsi="Helvetica" w:cs="Arial"/>
                <w:b/>
                <w:bCs/>
                <w:color w:val="FFFFFF"/>
                <w:szCs w:val="21"/>
                <w:lang w:val="cy-GB"/>
              </w:rPr>
              <w:t xml:space="preserve">Dewisiadau </w:t>
            </w:r>
          </w:p>
        </w:tc>
        <w:tc>
          <w:tcPr>
            <w:tcW w:w="4968" w:type="dxa"/>
            <w:shd w:val="clear" w:color="auto" w:fill="006853"/>
            <w:tcMar>
              <w:top w:w="150" w:type="dxa"/>
              <w:left w:w="150" w:type="dxa"/>
              <w:bottom w:w="150" w:type="dxa"/>
              <w:right w:w="150" w:type="dxa"/>
            </w:tcMar>
          </w:tcPr>
          <w:p w14:paraId="08847BBD" w14:textId="77777777" w:rsidR="00567AA3" w:rsidRPr="0089220E" w:rsidRDefault="00D67D08">
            <w:pPr>
              <w:rPr>
                <w:rFonts w:ascii="Helvetica" w:hAnsi="Helvetica"/>
              </w:rPr>
            </w:pPr>
            <w:r>
              <w:rPr>
                <w:rFonts w:ascii="Helvetica" w:eastAsia="Helvetica" w:hAnsi="Helvetica" w:cs="Arial"/>
                <w:b/>
                <w:bCs/>
                <w:color w:val="FFFFFF"/>
                <w:szCs w:val="21"/>
                <w:lang w:val="cy-GB"/>
              </w:rPr>
              <w:t>Themâu Cysylltiol</w:t>
            </w:r>
          </w:p>
        </w:tc>
      </w:tr>
      <w:tr w:rsidR="00A44D6C" w14:paraId="733DAFF4"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559C5B45" w14:textId="6A200183" w:rsidR="00567AA3" w:rsidRPr="0089220E" w:rsidRDefault="00D67D08">
            <w:pPr>
              <w:rPr>
                <w:rFonts w:ascii="Helvetica" w:hAnsi="Helvetica"/>
              </w:rPr>
            </w:pPr>
            <w:r>
              <w:rPr>
                <w:rFonts w:ascii="Helvetica" w:eastAsia="Helvetica" w:hAnsi="Helvetica" w:cs="Arial"/>
                <w:b/>
                <w:bCs/>
                <w:szCs w:val="21"/>
                <w:lang w:val="cy-GB"/>
              </w:rPr>
              <w:t xml:space="preserve">Cymdeithas Gyfrifiadurol Prydain </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6A6657A8" w14:textId="77777777" w:rsidR="00567AA3" w:rsidRPr="0089220E" w:rsidRDefault="00D67D08">
            <w:pPr>
              <w:rPr>
                <w:rFonts w:ascii="Helvetica" w:hAnsi="Helvetica"/>
              </w:rPr>
            </w:pPr>
            <w:r>
              <w:rPr>
                <w:rFonts w:ascii="Helvetica" w:eastAsia="Helvetica" w:hAnsi="Helvetica" w:cs="Arial"/>
                <w:szCs w:val="21"/>
                <w:lang w:val="cy-GB"/>
              </w:rPr>
              <w:t>Y newid yn yr hinsawdd; robotiaid cynorthwyol a dronau</w:t>
            </w:r>
          </w:p>
        </w:tc>
      </w:tr>
      <w:tr w:rsidR="00A44D6C" w14:paraId="07AF8314"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2094215F" w14:textId="77777777" w:rsidR="00567AA3" w:rsidRPr="0089220E" w:rsidRDefault="00D67D08">
            <w:pPr>
              <w:rPr>
                <w:rFonts w:ascii="Helvetica" w:hAnsi="Helvetica"/>
              </w:rPr>
            </w:pPr>
            <w:r>
              <w:rPr>
                <w:rFonts w:ascii="Helvetica" w:eastAsia="Helvetica" w:hAnsi="Helvetica" w:cs="Arial"/>
                <w:b/>
                <w:bCs/>
                <w:szCs w:val="21"/>
                <w:lang w:val="cy-GB"/>
              </w:rPr>
              <w:t>Gyrfa Cymru</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6DD10B68" w14:textId="77777777" w:rsidR="00567AA3" w:rsidRPr="0089220E" w:rsidRDefault="00D67D08">
            <w:pPr>
              <w:rPr>
                <w:rFonts w:ascii="Helvetica" w:hAnsi="Helvetica"/>
              </w:rPr>
            </w:pPr>
            <w:r>
              <w:rPr>
                <w:rFonts w:ascii="Helvetica" w:eastAsia="Helvetica" w:hAnsi="Helvetica" w:cs="Arial"/>
                <w:szCs w:val="21"/>
                <w:lang w:val="cy-GB"/>
              </w:rPr>
              <w:t>Dewch i gwrdd â chyflogwr; crëwch eich dyfodol</w:t>
            </w:r>
          </w:p>
        </w:tc>
      </w:tr>
      <w:tr w:rsidR="00A44D6C" w14:paraId="30752410"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3445820" w14:textId="77777777" w:rsidR="00567AA3" w:rsidRPr="0089220E" w:rsidRDefault="00D67D08">
            <w:pPr>
              <w:rPr>
                <w:rFonts w:ascii="Helvetica" w:hAnsi="Helvetica"/>
              </w:rPr>
            </w:pPr>
            <w:r>
              <w:rPr>
                <w:rFonts w:ascii="Helvetica" w:eastAsia="Helvetica" w:hAnsi="Helvetica" w:cs="Arial"/>
                <w:b/>
                <w:bCs/>
                <w:szCs w:val="21"/>
                <w:lang w:val="cy-GB"/>
              </w:rPr>
              <w:t>FreeSchoolClothes.com</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FF5B6DE" w14:textId="77777777" w:rsidR="00567AA3" w:rsidRPr="0089220E" w:rsidRDefault="00D67D08">
            <w:pPr>
              <w:rPr>
                <w:rFonts w:ascii="Helvetica" w:hAnsi="Helvetica"/>
              </w:rPr>
            </w:pPr>
            <w:r>
              <w:rPr>
                <w:rFonts w:ascii="Helvetica" w:eastAsia="Helvetica" w:hAnsi="Helvetica" w:cs="Arial"/>
                <w:szCs w:val="21"/>
                <w:lang w:val="cy-GB"/>
              </w:rPr>
              <w:t>Sgiliau dynol a deallusrwydd artiffisial; ailddefnyddio dillad</w:t>
            </w:r>
          </w:p>
        </w:tc>
      </w:tr>
      <w:tr w:rsidR="00A44D6C" w14:paraId="6391EFF0"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8F5433F" w14:textId="77777777" w:rsidR="00567AA3" w:rsidRPr="0089220E" w:rsidRDefault="00D67D08">
            <w:pPr>
              <w:rPr>
                <w:rFonts w:ascii="Helvetica" w:hAnsi="Helvetica"/>
              </w:rPr>
            </w:pPr>
            <w:r>
              <w:rPr>
                <w:rFonts w:ascii="Helvetica" w:eastAsia="Helvetica" w:hAnsi="Helvetica" w:cs="Arial"/>
                <w:b/>
                <w:bCs/>
                <w:szCs w:val="21"/>
                <w:lang w:val="cy-GB"/>
              </w:rPr>
              <w:t>Gwasanaeth Tân ac Achub Canolbarth a Gorllewin Cymru</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4217BAA" w14:textId="77777777" w:rsidR="00567AA3" w:rsidRPr="0089220E" w:rsidRDefault="00D67D08">
            <w:pPr>
              <w:rPr>
                <w:rFonts w:ascii="Helvetica" w:hAnsi="Helvetica"/>
              </w:rPr>
            </w:pPr>
            <w:r>
              <w:rPr>
                <w:rFonts w:ascii="Helvetica" w:eastAsia="Helvetica" w:hAnsi="Helvetica" w:cs="Arial"/>
                <w:szCs w:val="21"/>
                <w:lang w:val="cy-GB"/>
              </w:rPr>
              <w:t>Defnyddio batri lithiwm yn ddiogel</w:t>
            </w:r>
          </w:p>
        </w:tc>
      </w:tr>
      <w:tr w:rsidR="00A44D6C" w14:paraId="74EFCE19"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0AEB974" w14:textId="77777777" w:rsidR="00567AA3" w:rsidRPr="0089220E" w:rsidRDefault="00D67D08">
            <w:pPr>
              <w:rPr>
                <w:rFonts w:ascii="Helvetica" w:hAnsi="Helvetica"/>
              </w:rPr>
            </w:pPr>
            <w:r>
              <w:rPr>
                <w:rFonts w:ascii="Helvetica" w:eastAsia="Helvetica" w:hAnsi="Helvetica" w:cs="Arial"/>
                <w:b/>
                <w:bCs/>
                <w:szCs w:val="21"/>
                <w:lang w:val="cy-GB"/>
              </w:rPr>
              <w:t>Heddlu De Cymru</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A0D8D39" w14:textId="70397BE8" w:rsidR="00567AA3" w:rsidRPr="0089220E" w:rsidRDefault="00F931A7">
            <w:pPr>
              <w:rPr>
                <w:rFonts w:ascii="Helvetica" w:hAnsi="Helvetica"/>
              </w:rPr>
            </w:pPr>
            <w:r>
              <w:rPr>
                <w:rFonts w:ascii="Helvetica" w:hAnsi="Helvetica" w:cs="Helvetica"/>
                <w:szCs w:val="21"/>
                <w:lang w:val="cy-GB"/>
              </w:rPr>
              <w:t>Trechwch Angenfilod Maleiswedd</w:t>
            </w:r>
          </w:p>
        </w:tc>
      </w:tr>
      <w:tr w:rsidR="00A44D6C" w14:paraId="03C8FC7E"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2EC281CE" w14:textId="6BE8EB7C" w:rsidR="00567AA3" w:rsidRPr="0089220E" w:rsidRDefault="00F931A7">
            <w:pPr>
              <w:rPr>
                <w:rFonts w:ascii="Helvetica" w:hAnsi="Helvetica"/>
              </w:rPr>
            </w:pPr>
            <w:r>
              <w:rPr>
                <w:rFonts w:ascii="Helvetica" w:eastAsia="Helvetica" w:hAnsi="Helvetica" w:cs="Arial"/>
                <w:b/>
                <w:bCs/>
                <w:szCs w:val="21"/>
                <w:lang w:val="cy-GB"/>
              </w:rPr>
              <w:t xml:space="preserve">STEM Learning </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6FA84E3" w14:textId="77777777" w:rsidR="00567AA3" w:rsidRPr="0089220E" w:rsidRDefault="00D67D08">
            <w:pPr>
              <w:rPr>
                <w:rFonts w:ascii="Helvetica" w:hAnsi="Helvetica"/>
              </w:rPr>
            </w:pPr>
            <w:r>
              <w:rPr>
                <w:rFonts w:ascii="Helvetica" w:eastAsia="Helvetica" w:hAnsi="Helvetica" w:cs="Arial"/>
                <w:szCs w:val="21"/>
                <w:lang w:val="cy-GB"/>
              </w:rPr>
              <w:t>Gofod; cestyll</w:t>
            </w:r>
          </w:p>
        </w:tc>
      </w:tr>
      <w:tr w:rsidR="00A44D6C" w14:paraId="0C84A949"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508B2332" w14:textId="36DF8F23" w:rsidR="00567AA3" w:rsidRPr="0089220E" w:rsidRDefault="00F931A7">
            <w:pPr>
              <w:rPr>
                <w:rFonts w:ascii="Helvetica" w:hAnsi="Helvetica"/>
              </w:rPr>
            </w:pPr>
            <w:r>
              <w:rPr>
                <w:rFonts w:ascii="Helvetica" w:eastAsia="Helvetica" w:hAnsi="Helvetica" w:cs="Arial"/>
                <w:b/>
                <w:bCs/>
                <w:szCs w:val="21"/>
                <w:lang w:val="cy-GB"/>
              </w:rPr>
              <w:t>Wild Connect</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04D22290" w14:textId="77777777" w:rsidR="00567AA3" w:rsidRPr="0089220E" w:rsidRDefault="00D67D08">
            <w:pPr>
              <w:rPr>
                <w:rFonts w:ascii="Helvetica" w:hAnsi="Helvetica"/>
              </w:rPr>
            </w:pPr>
            <w:r>
              <w:rPr>
                <w:rFonts w:ascii="Helvetica" w:eastAsia="Helvetica" w:hAnsi="Helvetica" w:cs="Arial"/>
                <w:szCs w:val="21"/>
                <w:lang w:val="cy-GB"/>
              </w:rPr>
              <w:t>Technoleg Natur a Bioamrywiaeth</w:t>
            </w:r>
          </w:p>
        </w:tc>
      </w:tr>
      <w:tr w:rsidR="00A429FB" w14:paraId="19A44E0E"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2E2E9FDD" w14:textId="5CC77B13" w:rsidR="00A429FB" w:rsidRDefault="00B03FDA">
            <w:pPr>
              <w:rPr>
                <w:rFonts w:ascii="Helvetica" w:eastAsia="Helvetica" w:hAnsi="Helvetica" w:cs="Arial"/>
                <w:b/>
                <w:bCs/>
                <w:szCs w:val="21"/>
                <w:lang w:val="cy-GB"/>
              </w:rPr>
            </w:pPr>
            <w:r>
              <w:rPr>
                <w:rFonts w:ascii="Helvetica" w:eastAsia="Helvetica" w:hAnsi="Helvetica" w:cs="Arial"/>
                <w:b/>
                <w:bCs/>
                <w:szCs w:val="21"/>
                <w:lang w:val="cy-GB"/>
              </w:rPr>
              <w:t xml:space="preserve">Y Fyddin </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4DB7A791" w14:textId="51B28833" w:rsidR="00A429FB" w:rsidRDefault="00C31D85">
            <w:pPr>
              <w:rPr>
                <w:rFonts w:ascii="Helvetica" w:eastAsia="Helvetica" w:hAnsi="Helvetica" w:cs="Arial"/>
                <w:szCs w:val="21"/>
                <w:lang w:val="cy-GB"/>
              </w:rPr>
            </w:pPr>
            <w:r>
              <w:rPr>
                <w:rFonts w:ascii="Helvetica" w:eastAsia="Helvetica" w:hAnsi="Helvetica" w:cs="Arial"/>
                <w:szCs w:val="21"/>
                <w:lang w:val="cy-GB"/>
              </w:rPr>
              <w:t xml:space="preserve">Ymgyrch </w:t>
            </w:r>
            <w:r w:rsidR="00700E7B">
              <w:rPr>
                <w:rFonts w:ascii="Helvetica" w:eastAsia="Helvetica" w:hAnsi="Helvetica" w:cs="Arial"/>
                <w:szCs w:val="21"/>
                <w:lang w:val="cy-GB"/>
              </w:rPr>
              <w:t>Byddin y Ddraig Awyr (</w:t>
            </w:r>
            <w:proofErr w:type="spellStart"/>
            <w:r w:rsidR="00700E7B">
              <w:rPr>
                <w:rFonts w:ascii="Helvetica" w:eastAsia="Helvetica" w:hAnsi="Helvetica" w:cs="Arial"/>
                <w:szCs w:val="21"/>
                <w:lang w:val="cy-GB"/>
              </w:rPr>
              <w:t>Operation</w:t>
            </w:r>
            <w:proofErr w:type="spellEnd"/>
            <w:r w:rsidR="00700E7B">
              <w:rPr>
                <w:rFonts w:ascii="Helvetica" w:eastAsia="Helvetica" w:hAnsi="Helvetica" w:cs="Arial"/>
                <w:szCs w:val="21"/>
                <w:lang w:val="cy-GB"/>
              </w:rPr>
              <w:t xml:space="preserve"> SKY </w:t>
            </w:r>
            <w:proofErr w:type="spellStart"/>
            <w:r w:rsidR="00700E7B">
              <w:rPr>
                <w:rFonts w:ascii="Helvetica" w:eastAsia="Helvetica" w:hAnsi="Helvetica" w:cs="Arial"/>
                <w:szCs w:val="21"/>
                <w:lang w:val="cy-GB"/>
              </w:rPr>
              <w:t>Dragor</w:t>
            </w:r>
            <w:proofErr w:type="spellEnd"/>
            <w:r w:rsidR="00700E7B">
              <w:rPr>
                <w:rFonts w:ascii="Helvetica" w:eastAsia="Helvetica" w:hAnsi="Helvetica" w:cs="Arial"/>
                <w:szCs w:val="21"/>
                <w:lang w:val="cy-GB"/>
              </w:rPr>
              <w:t xml:space="preserve"> </w:t>
            </w:r>
            <w:proofErr w:type="spellStart"/>
            <w:r w:rsidR="00700E7B">
              <w:rPr>
                <w:rFonts w:ascii="Helvetica" w:eastAsia="Helvetica" w:hAnsi="Helvetica" w:cs="Arial"/>
                <w:szCs w:val="21"/>
                <w:lang w:val="cy-GB"/>
              </w:rPr>
              <w:t>Army</w:t>
            </w:r>
            <w:proofErr w:type="spellEnd"/>
            <w:r w:rsidR="00700E7B">
              <w:rPr>
                <w:rFonts w:ascii="Helvetica" w:eastAsia="Helvetica" w:hAnsi="Helvetica" w:cs="Arial"/>
                <w:szCs w:val="21"/>
                <w:lang w:val="cy-GB"/>
              </w:rPr>
              <w:t>)</w:t>
            </w:r>
          </w:p>
        </w:tc>
      </w:tr>
      <w:tr w:rsidR="00A429FB" w14:paraId="4646660F"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31A26084" w14:textId="7198D145" w:rsidR="00A429FB" w:rsidRDefault="00700E7B">
            <w:pPr>
              <w:rPr>
                <w:rFonts w:ascii="Helvetica" w:eastAsia="Helvetica" w:hAnsi="Helvetica" w:cs="Arial"/>
                <w:b/>
                <w:bCs/>
                <w:szCs w:val="21"/>
                <w:lang w:val="cy-GB"/>
              </w:rPr>
            </w:pPr>
            <w:r>
              <w:rPr>
                <w:rFonts w:ascii="Helvetica" w:eastAsia="Helvetica" w:hAnsi="Helvetica" w:cs="Arial"/>
                <w:b/>
                <w:bCs/>
                <w:szCs w:val="21"/>
                <w:lang w:val="cy-GB"/>
              </w:rPr>
              <w:t>Cyngor Abertawe</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3D5D7B0D" w14:textId="729B009B" w:rsidR="00A429FB" w:rsidRDefault="00700E7B">
            <w:pPr>
              <w:rPr>
                <w:rFonts w:ascii="Helvetica" w:eastAsia="Helvetica" w:hAnsi="Helvetica" w:cs="Arial"/>
                <w:szCs w:val="21"/>
                <w:lang w:val="cy-GB"/>
              </w:rPr>
            </w:pPr>
            <w:r>
              <w:rPr>
                <w:rFonts w:ascii="Helvetica" w:eastAsia="Helvetica" w:hAnsi="Helvetica" w:cs="Arial"/>
                <w:szCs w:val="21"/>
                <w:lang w:val="cy-GB"/>
              </w:rPr>
              <w:t>Gyrfaoedd; Cymru 2024</w:t>
            </w:r>
          </w:p>
        </w:tc>
      </w:tr>
    </w:tbl>
    <w:p w14:paraId="585F071F"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968"/>
        <w:gridCol w:w="4968"/>
      </w:tblGrid>
      <w:tr w:rsidR="00A44D6C" w14:paraId="643437A8" w14:textId="77777777">
        <w:trPr>
          <w:jc w:val="center"/>
        </w:trPr>
        <w:tc>
          <w:tcPr>
            <w:tcW w:w="4968" w:type="dxa"/>
            <w:shd w:val="clear" w:color="auto" w:fill="C0392B"/>
            <w:tcMar>
              <w:top w:w="160" w:type="dxa"/>
              <w:left w:w="160" w:type="dxa"/>
              <w:bottom w:w="160" w:type="dxa"/>
              <w:right w:w="160" w:type="dxa"/>
            </w:tcMar>
          </w:tcPr>
          <w:p w14:paraId="50A1138A" w14:textId="68E6EBFC"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4E7788D2" w14:textId="77777777" w:rsidR="00567AA3" w:rsidRPr="0089220E" w:rsidRDefault="00D67D08">
            <w:pPr>
              <w:rPr>
                <w:rFonts w:ascii="Helvetica" w:hAnsi="Helvetica"/>
              </w:rPr>
            </w:pPr>
            <w:r>
              <w:rPr>
                <w:rFonts w:ascii="Helvetica" w:eastAsia="Helvetica" w:hAnsi="Helvetica" w:cs="Arial"/>
                <w:b/>
                <w:bCs/>
                <w:color w:val="C0392B"/>
                <w:sz w:val="42"/>
                <w:szCs w:val="42"/>
                <w:lang w:val="cy-GB"/>
              </w:rPr>
              <w:t>Gwasanaeth Tân ac Achub Canolbarth a Gorllewin Cymru</w:t>
            </w:r>
          </w:p>
          <w:p w14:paraId="5AC8CB83" w14:textId="77777777" w:rsidR="00567AA3" w:rsidRPr="0089220E" w:rsidRDefault="00D67D08">
            <w:pPr>
              <w:rPr>
                <w:rFonts w:ascii="Helvetica" w:hAnsi="Helvetica"/>
              </w:rPr>
            </w:pPr>
            <w:r>
              <w:rPr>
                <w:rFonts w:ascii="Helvetica" w:eastAsia="Helvetica" w:hAnsi="Helvetica" w:cs="Arial"/>
                <w:sz w:val="20"/>
                <w:szCs w:val="20"/>
                <w:lang w:val="cy-GB"/>
              </w:rPr>
              <w:t>Cadw pobl a chymunedau'n ddiogel</w:t>
            </w:r>
          </w:p>
        </w:tc>
      </w:tr>
    </w:tbl>
    <w:p w14:paraId="4248046B"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5FBBB4A0" w14:textId="77777777">
        <w:trPr>
          <w:jc w:val="center"/>
        </w:trPr>
        <w:tc>
          <w:tcPr>
            <w:tcW w:w="9936" w:type="dxa"/>
            <w:tcBorders>
              <w:top w:val="single" w:sz="10" w:space="0" w:color="C0392B"/>
              <w:left w:val="single" w:sz="10" w:space="0" w:color="C0392B"/>
              <w:bottom w:val="single" w:sz="10" w:space="0" w:color="C0392B"/>
              <w:right w:val="single" w:sz="10" w:space="0" w:color="C0392B"/>
            </w:tcBorders>
            <w:tcMar>
              <w:top w:w="190" w:type="dxa"/>
              <w:left w:w="190" w:type="dxa"/>
              <w:bottom w:w="190" w:type="dxa"/>
              <w:right w:w="190" w:type="dxa"/>
            </w:tcMar>
          </w:tcPr>
          <w:p w14:paraId="5FDE5549" w14:textId="77777777" w:rsidR="00567AA3" w:rsidRPr="0089220E" w:rsidRDefault="00D67D08">
            <w:pPr>
              <w:rPr>
                <w:rFonts w:ascii="Helvetica" w:hAnsi="Helvetica"/>
              </w:rPr>
            </w:pPr>
            <w:r>
              <w:rPr>
                <w:rFonts w:ascii="Helvetica" w:eastAsia="Helvetica" w:hAnsi="Helvetica" w:cs="Arial"/>
                <w:b/>
                <w:bCs/>
                <w:color w:val="C0392B"/>
                <w:sz w:val="32"/>
                <w:szCs w:val="32"/>
                <w:lang w:val="cy-GB"/>
              </w:rPr>
              <w:t>Defnyddio batri lithiwm yn ddiogel</w:t>
            </w:r>
          </w:p>
          <w:p w14:paraId="6F7AB83E" w14:textId="77777777" w:rsidR="00567AA3" w:rsidRPr="0089220E" w:rsidRDefault="00D67D08">
            <w:pPr>
              <w:rPr>
                <w:rFonts w:ascii="Helvetica" w:hAnsi="Helvetica"/>
              </w:rPr>
            </w:pPr>
            <w:r>
              <w:rPr>
                <w:rFonts w:ascii="Helvetica" w:eastAsia="Helvetica" w:hAnsi="Helvetica" w:cs="Arial"/>
                <w:szCs w:val="21"/>
                <w:lang w:val="cy-GB"/>
              </w:rPr>
              <w:t>Gall gwefru anniogel, batris wedi'u difrodi a gwaredu amhriodol achosi tanau difrifol.</w:t>
            </w:r>
          </w:p>
          <w:p w14:paraId="51FB23D9" w14:textId="77777777" w:rsidR="00567AA3" w:rsidRPr="0089220E" w:rsidRDefault="00D67D08">
            <w:pPr>
              <w:rPr>
                <w:rFonts w:ascii="Helvetica" w:hAnsi="Helvetica"/>
              </w:rPr>
            </w:pPr>
            <w:r>
              <w:rPr>
                <w:rFonts w:ascii="Helvetica" w:eastAsia="Helvetica" w:hAnsi="Helvetica" w:cs="Arial"/>
                <w:b/>
                <w:bCs/>
                <w:color w:val="C0392B"/>
                <w:szCs w:val="21"/>
                <w:lang w:val="cy-GB"/>
              </w:rPr>
              <w:t>Yr her</w:t>
            </w:r>
          </w:p>
          <w:p w14:paraId="2A9B294E" w14:textId="77777777" w:rsidR="00567AA3" w:rsidRPr="0089220E" w:rsidRDefault="00D67D08">
            <w:pPr>
              <w:rPr>
                <w:rFonts w:ascii="Helvetica" w:hAnsi="Helvetica"/>
              </w:rPr>
            </w:pPr>
            <w:r>
              <w:rPr>
                <w:rFonts w:ascii="Helvetica" w:eastAsia="Helvetica" w:hAnsi="Helvetica" w:cs="Arial"/>
                <w:szCs w:val="21"/>
                <w:lang w:val="cy-GB"/>
              </w:rPr>
              <w:t>Crëwch gêm neu gymhwysiad sy'n helpu pobl i wefru dyfeisiau'n ddiogel ac ailgylchu batris lithiwm yn gyfrifol.</w:t>
            </w:r>
          </w:p>
          <w:p w14:paraId="1D8C5746" w14:textId="77777777" w:rsidR="00567AA3" w:rsidRPr="0089220E" w:rsidRDefault="00D67D08">
            <w:pPr>
              <w:rPr>
                <w:rFonts w:ascii="Helvetica" w:hAnsi="Helvetica"/>
              </w:rPr>
            </w:pPr>
            <w:r>
              <w:rPr>
                <w:rFonts w:ascii="Helvetica" w:eastAsia="Helvetica" w:hAnsi="Helvetica" w:cs="Arial"/>
                <w:b/>
                <w:bCs/>
                <w:color w:val="C0392B"/>
                <w:szCs w:val="21"/>
                <w:lang w:val="cy-GB"/>
              </w:rPr>
              <w:t>Syniadau i'w harchwilio</w:t>
            </w:r>
          </w:p>
          <w:p w14:paraId="2BFCEC47"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Hyrwyddwch wefru yn ystod y dydd tra bydd pobl yn effro.</w:t>
            </w:r>
          </w:p>
          <w:p w14:paraId="21011D16"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Gwefrwch ddyfeisiau ar arwyneb solet.</w:t>
            </w:r>
          </w:p>
          <w:p w14:paraId="42C59ECC"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Sicrhewch nad oes beiciau trydan na sgwteri trydan yn agos at allanfeydd.</w:t>
            </w:r>
          </w:p>
          <w:p w14:paraId="3269CEBA"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Defnyddiwch fannau ailgylchu batris priodol.</w:t>
            </w:r>
          </w:p>
          <w:p w14:paraId="202C8E83"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Archwiliwch risgiau yn deillio o fatris sydd wedi'u difrodi a gwefrwyr ffug.</w:t>
            </w:r>
          </w:p>
          <w:p w14:paraId="6864025E" w14:textId="77777777" w:rsidR="00567AA3" w:rsidRPr="0089220E" w:rsidRDefault="00D67D08">
            <w:pPr>
              <w:rPr>
                <w:rFonts w:ascii="Helvetica" w:hAnsi="Helvetica"/>
              </w:rPr>
            </w:pPr>
            <w:r>
              <w:rPr>
                <w:rFonts w:ascii="Helvetica" w:eastAsia="Helvetica" w:hAnsi="Helvetica" w:cs="Arial"/>
                <w:i/>
                <w:iCs/>
                <w:sz w:val="18"/>
                <w:szCs w:val="18"/>
                <w:lang w:val="cy-GB"/>
              </w:rPr>
              <w:t>Neges graidd: gall gwefru diogel ac ailgylchu cyfrifol helpu i atal tanau.</w:t>
            </w:r>
          </w:p>
        </w:tc>
      </w:tr>
    </w:tbl>
    <w:p w14:paraId="3F0D4E38" w14:textId="77777777" w:rsidR="00567AA3" w:rsidRPr="0089220E" w:rsidRDefault="00567AA3">
      <w:pPr>
        <w:rPr>
          <w:rFonts w:ascii="Helvetica" w:hAnsi="Helvetica"/>
        </w:rPr>
      </w:pPr>
    </w:p>
    <w:p w14:paraId="7C7E89FD"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968"/>
        <w:gridCol w:w="4968"/>
      </w:tblGrid>
      <w:tr w:rsidR="00A44D6C" w14:paraId="3137C7E3" w14:textId="77777777">
        <w:trPr>
          <w:jc w:val="center"/>
        </w:trPr>
        <w:tc>
          <w:tcPr>
            <w:tcW w:w="4968" w:type="dxa"/>
            <w:shd w:val="clear" w:color="auto" w:fill="00A6A6"/>
            <w:tcMar>
              <w:top w:w="160" w:type="dxa"/>
              <w:left w:w="160" w:type="dxa"/>
              <w:bottom w:w="160" w:type="dxa"/>
              <w:right w:w="160" w:type="dxa"/>
            </w:tcMar>
          </w:tcPr>
          <w:p w14:paraId="1D80B256" w14:textId="32308AB5"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6D4657A5" w14:textId="5F028503" w:rsidR="00567AA3" w:rsidRPr="0089220E" w:rsidRDefault="00F931A7">
            <w:pPr>
              <w:rPr>
                <w:rFonts w:ascii="Helvetica" w:hAnsi="Helvetica"/>
              </w:rPr>
            </w:pPr>
            <w:r>
              <w:rPr>
                <w:rFonts w:ascii="Helvetica" w:eastAsia="Helvetica" w:hAnsi="Helvetica" w:cs="Arial"/>
                <w:b/>
                <w:bCs/>
                <w:color w:val="00A6A6"/>
                <w:sz w:val="42"/>
                <w:szCs w:val="42"/>
                <w:lang w:val="cy-GB"/>
              </w:rPr>
              <w:t>STEM Learning</w:t>
            </w:r>
          </w:p>
          <w:p w14:paraId="3E9D3CF1" w14:textId="77777777" w:rsidR="00567AA3" w:rsidRPr="0089220E" w:rsidRDefault="00D67D08">
            <w:pPr>
              <w:rPr>
                <w:rFonts w:ascii="Helvetica" w:hAnsi="Helvetica"/>
              </w:rPr>
            </w:pPr>
            <w:r>
              <w:rPr>
                <w:rFonts w:ascii="Helvetica" w:eastAsia="Helvetica" w:hAnsi="Helvetica" w:cs="Arial"/>
                <w:sz w:val="20"/>
                <w:szCs w:val="20"/>
                <w:lang w:val="cy-GB"/>
              </w:rPr>
              <w:t>Dathlu gwyddoniaeth, technoleg a threftadaeth Cymru</w:t>
            </w:r>
          </w:p>
        </w:tc>
      </w:tr>
    </w:tbl>
    <w:p w14:paraId="43FC1D3E"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3B4A4BEA" w14:textId="77777777">
        <w:trPr>
          <w:jc w:val="center"/>
        </w:trPr>
        <w:tc>
          <w:tcPr>
            <w:tcW w:w="9936" w:type="dxa"/>
            <w:tcBorders>
              <w:top w:val="single" w:sz="10" w:space="0" w:color="00A6A6"/>
              <w:left w:val="single" w:sz="10" w:space="0" w:color="00A6A6"/>
              <w:bottom w:val="single" w:sz="10" w:space="0" w:color="00A6A6"/>
              <w:right w:val="single" w:sz="10" w:space="0" w:color="00A6A6"/>
            </w:tcBorders>
            <w:tcMar>
              <w:top w:w="190" w:type="dxa"/>
              <w:left w:w="190" w:type="dxa"/>
              <w:bottom w:w="190" w:type="dxa"/>
              <w:right w:w="190" w:type="dxa"/>
            </w:tcMar>
          </w:tcPr>
          <w:p w14:paraId="39FA9BD4" w14:textId="77777777" w:rsidR="00567AA3" w:rsidRPr="0089220E" w:rsidRDefault="00D67D08">
            <w:pPr>
              <w:rPr>
                <w:rFonts w:ascii="Helvetica" w:hAnsi="Helvetica"/>
              </w:rPr>
            </w:pPr>
            <w:r>
              <w:rPr>
                <w:rFonts w:ascii="Helvetica" w:eastAsia="Helvetica" w:hAnsi="Helvetica" w:cs="Arial"/>
                <w:b/>
                <w:bCs/>
                <w:color w:val="00A6A6"/>
                <w:sz w:val="32"/>
                <w:szCs w:val="32"/>
                <w:lang w:val="cy-GB"/>
              </w:rPr>
              <w:t>Gofod: teithio o amgylch Cysawd yr Haul</w:t>
            </w:r>
          </w:p>
          <w:p w14:paraId="5E38F8B8" w14:textId="77777777" w:rsidR="00567AA3" w:rsidRPr="0089220E" w:rsidRDefault="00D67D08">
            <w:pPr>
              <w:rPr>
                <w:rFonts w:ascii="Helvetica" w:hAnsi="Helvetica"/>
              </w:rPr>
            </w:pPr>
            <w:r>
              <w:rPr>
                <w:rFonts w:ascii="Helvetica" w:eastAsia="Helvetica" w:hAnsi="Helvetica" w:cs="Arial"/>
                <w:szCs w:val="21"/>
                <w:lang w:val="cy-GB"/>
              </w:rPr>
              <w:t>Mae gan Gymru sector gofod sy'n tyfu, gan gynnwys gweithgarwch ym meysydd lloerenni a lled-ddargludyddion.</w:t>
            </w:r>
          </w:p>
          <w:p w14:paraId="4AAA897A" w14:textId="77777777" w:rsidR="00567AA3" w:rsidRPr="0089220E" w:rsidRDefault="00D67D08">
            <w:pPr>
              <w:rPr>
                <w:rFonts w:ascii="Helvetica" w:hAnsi="Helvetica"/>
              </w:rPr>
            </w:pPr>
            <w:r>
              <w:rPr>
                <w:rFonts w:ascii="Helvetica" w:eastAsia="Helvetica" w:hAnsi="Helvetica" w:cs="Arial"/>
                <w:b/>
                <w:bCs/>
                <w:color w:val="00A6A6"/>
                <w:szCs w:val="21"/>
                <w:lang w:val="cy-GB"/>
              </w:rPr>
              <w:t>Yr her</w:t>
            </w:r>
          </w:p>
          <w:p w14:paraId="0B68F6F9" w14:textId="77777777" w:rsidR="00567AA3" w:rsidRPr="0089220E" w:rsidRDefault="00D67D08">
            <w:pPr>
              <w:rPr>
                <w:rFonts w:ascii="Helvetica" w:hAnsi="Helvetica"/>
              </w:rPr>
            </w:pPr>
            <w:r>
              <w:rPr>
                <w:rFonts w:ascii="Helvetica" w:eastAsia="Helvetica" w:hAnsi="Helvetica" w:cs="Arial"/>
                <w:szCs w:val="21"/>
                <w:lang w:val="cy-GB"/>
              </w:rPr>
              <w:t>Creu profiad rhyngweithiol sy'n hyrwyddo sector gofod Cymru ac yn teithio o amgylch Cysawd yr Haul.</w:t>
            </w:r>
          </w:p>
          <w:p w14:paraId="54D76647" w14:textId="77777777" w:rsidR="00567AA3" w:rsidRPr="0089220E" w:rsidRDefault="00D67D08">
            <w:pPr>
              <w:rPr>
                <w:rFonts w:ascii="Helvetica" w:hAnsi="Helvetica"/>
              </w:rPr>
            </w:pPr>
            <w:r>
              <w:rPr>
                <w:rFonts w:ascii="Helvetica" w:eastAsia="Helvetica" w:hAnsi="Helvetica" w:cs="Arial"/>
                <w:b/>
                <w:bCs/>
                <w:color w:val="00A6A6"/>
                <w:szCs w:val="21"/>
                <w:lang w:val="cy-GB"/>
              </w:rPr>
              <w:t>Syniadau i'w harchwilio</w:t>
            </w:r>
          </w:p>
          <w:p w14:paraId="667B97FE"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Adeiladu gêm archwilio gofod.</w:t>
            </w:r>
          </w:p>
          <w:p w14:paraId="2E82E230"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Teithio ar asteroid neu long ofod.</w:t>
            </w:r>
          </w:p>
          <w:p w14:paraId="6E2C0907"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Dylunio lloeren ac efelychu ei thaith.</w:t>
            </w:r>
          </w:p>
          <w:p w14:paraId="2A633739"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Gofalwch fod dysgu am y gofod yn brofiad rhyngweithiol.</w:t>
            </w:r>
          </w:p>
        </w:tc>
      </w:tr>
    </w:tbl>
    <w:p w14:paraId="2C4F316B"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1CEE8D77" w14:textId="77777777">
        <w:trPr>
          <w:jc w:val="center"/>
        </w:trPr>
        <w:tc>
          <w:tcPr>
            <w:tcW w:w="9936" w:type="dxa"/>
            <w:tcBorders>
              <w:top w:val="single" w:sz="10" w:space="0" w:color="00A6A6"/>
              <w:left w:val="single" w:sz="10" w:space="0" w:color="00A6A6"/>
              <w:bottom w:val="single" w:sz="10" w:space="0" w:color="00A6A6"/>
              <w:right w:val="single" w:sz="10" w:space="0" w:color="00A6A6"/>
            </w:tcBorders>
            <w:tcMar>
              <w:top w:w="190" w:type="dxa"/>
              <w:left w:w="190" w:type="dxa"/>
              <w:bottom w:w="190" w:type="dxa"/>
              <w:right w:w="190" w:type="dxa"/>
            </w:tcMar>
          </w:tcPr>
          <w:p w14:paraId="75278E70" w14:textId="77777777" w:rsidR="00567AA3" w:rsidRPr="0089220E" w:rsidRDefault="00D67D08">
            <w:pPr>
              <w:rPr>
                <w:rFonts w:ascii="Helvetica" w:hAnsi="Helvetica"/>
              </w:rPr>
            </w:pPr>
            <w:r>
              <w:rPr>
                <w:rFonts w:ascii="Helvetica" w:eastAsia="Helvetica" w:hAnsi="Helvetica" w:cs="Arial"/>
                <w:b/>
                <w:bCs/>
                <w:color w:val="00A6A6"/>
                <w:sz w:val="32"/>
                <w:szCs w:val="32"/>
                <w:lang w:val="cy-GB"/>
              </w:rPr>
              <w:t>Cestyll: dod â hanes i'r dyfodol</w:t>
            </w:r>
          </w:p>
          <w:p w14:paraId="09906437" w14:textId="77777777" w:rsidR="00567AA3" w:rsidRPr="0089220E" w:rsidRDefault="00D67D08">
            <w:pPr>
              <w:rPr>
                <w:rFonts w:ascii="Helvetica" w:hAnsi="Helvetica"/>
              </w:rPr>
            </w:pPr>
            <w:r>
              <w:rPr>
                <w:rFonts w:ascii="Helvetica" w:eastAsia="Helvetica" w:hAnsi="Helvetica" w:cs="Arial"/>
                <w:szCs w:val="21"/>
                <w:lang w:val="cy-GB"/>
              </w:rPr>
              <w:t>Mae Cymru yn enwog am ei chestyll, ei straeon a'i llên gwerin.</w:t>
            </w:r>
          </w:p>
          <w:p w14:paraId="03613952" w14:textId="77777777" w:rsidR="00567AA3" w:rsidRPr="0089220E" w:rsidRDefault="00D67D08">
            <w:pPr>
              <w:rPr>
                <w:rFonts w:ascii="Helvetica" w:hAnsi="Helvetica"/>
              </w:rPr>
            </w:pPr>
            <w:r>
              <w:rPr>
                <w:rFonts w:ascii="Helvetica" w:eastAsia="Helvetica" w:hAnsi="Helvetica" w:cs="Arial"/>
                <w:b/>
                <w:bCs/>
                <w:color w:val="00A6A6"/>
                <w:szCs w:val="21"/>
                <w:lang w:val="cy-GB"/>
              </w:rPr>
              <w:t>Yr her</w:t>
            </w:r>
          </w:p>
          <w:p w14:paraId="43E0C020" w14:textId="77777777" w:rsidR="00567AA3" w:rsidRPr="0089220E" w:rsidRDefault="00D67D08">
            <w:pPr>
              <w:rPr>
                <w:rFonts w:ascii="Helvetica" w:hAnsi="Helvetica"/>
              </w:rPr>
            </w:pPr>
            <w:r>
              <w:rPr>
                <w:rFonts w:ascii="Helvetica" w:eastAsia="Helvetica" w:hAnsi="Helvetica" w:cs="Arial"/>
                <w:szCs w:val="21"/>
                <w:lang w:val="cy-GB"/>
              </w:rPr>
              <w:t>Crëwch gêm sy'n dathlu cestyll Cymru mewn ffordd unigryw.</w:t>
            </w:r>
          </w:p>
          <w:p w14:paraId="20377474" w14:textId="77777777" w:rsidR="00567AA3" w:rsidRPr="0089220E" w:rsidRDefault="00D67D08">
            <w:pPr>
              <w:rPr>
                <w:rFonts w:ascii="Helvetica" w:hAnsi="Helvetica"/>
              </w:rPr>
            </w:pPr>
            <w:r>
              <w:rPr>
                <w:rFonts w:ascii="Helvetica" w:eastAsia="Helvetica" w:hAnsi="Helvetica" w:cs="Arial"/>
                <w:b/>
                <w:bCs/>
                <w:color w:val="00A6A6"/>
                <w:szCs w:val="21"/>
                <w:lang w:val="cy-GB"/>
              </w:rPr>
              <w:t>Syniadau i'w harchwilio</w:t>
            </w:r>
          </w:p>
          <w:p w14:paraId="0A7B3E0A"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Crëwch gêm adeiladu cestyll.</w:t>
            </w:r>
          </w:p>
          <w:p w14:paraId="3507CC7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Dyluniwch antur platfform.</w:t>
            </w:r>
          </w:p>
          <w:p w14:paraId="073AD77B"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Amlygwch nodweddion strwythurau.</w:t>
            </w:r>
          </w:p>
          <w:p w14:paraId="776947A5"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Dychmygwch gastell modern cynaliadwy.</w:t>
            </w:r>
          </w:p>
        </w:tc>
      </w:tr>
    </w:tbl>
    <w:p w14:paraId="06B5BFC3" w14:textId="77777777" w:rsidR="00567AA3" w:rsidRPr="0089220E" w:rsidRDefault="00567AA3">
      <w:pPr>
        <w:rPr>
          <w:rFonts w:ascii="Helvetica" w:hAnsi="Helvetica"/>
        </w:rPr>
      </w:pPr>
    </w:p>
    <w:p w14:paraId="058A51CB"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968"/>
        <w:gridCol w:w="4968"/>
      </w:tblGrid>
      <w:tr w:rsidR="00A44D6C" w14:paraId="51846A01" w14:textId="77777777">
        <w:trPr>
          <w:jc w:val="center"/>
        </w:trPr>
        <w:tc>
          <w:tcPr>
            <w:tcW w:w="4968" w:type="dxa"/>
            <w:shd w:val="clear" w:color="auto" w:fill="1F4E78"/>
            <w:tcMar>
              <w:top w:w="160" w:type="dxa"/>
              <w:left w:w="160" w:type="dxa"/>
              <w:bottom w:w="160" w:type="dxa"/>
              <w:right w:w="160" w:type="dxa"/>
            </w:tcMar>
          </w:tcPr>
          <w:p w14:paraId="267083D5" w14:textId="0B460A5D"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457E46DD" w14:textId="77777777" w:rsidR="00567AA3" w:rsidRPr="0089220E" w:rsidRDefault="00D67D08">
            <w:pPr>
              <w:rPr>
                <w:rFonts w:ascii="Helvetica" w:hAnsi="Helvetica"/>
              </w:rPr>
            </w:pPr>
            <w:r>
              <w:rPr>
                <w:rFonts w:ascii="Helvetica" w:eastAsia="Helvetica" w:hAnsi="Helvetica" w:cs="Arial"/>
                <w:b/>
                <w:bCs/>
                <w:color w:val="1F4E78"/>
                <w:sz w:val="42"/>
                <w:szCs w:val="42"/>
                <w:lang w:val="cy-GB"/>
              </w:rPr>
              <w:t>Heddlu De Cymru</w:t>
            </w:r>
          </w:p>
          <w:p w14:paraId="187166E0" w14:textId="77777777" w:rsidR="00567AA3" w:rsidRPr="0089220E" w:rsidRDefault="00D67D08">
            <w:pPr>
              <w:rPr>
                <w:rFonts w:ascii="Helvetica" w:hAnsi="Helvetica"/>
              </w:rPr>
            </w:pPr>
            <w:r>
              <w:rPr>
                <w:rFonts w:ascii="Helvetica" w:eastAsia="Helvetica" w:hAnsi="Helvetica" w:cs="Arial"/>
                <w:sz w:val="20"/>
                <w:szCs w:val="20"/>
                <w:lang w:val="cy-GB"/>
              </w:rPr>
              <w:t>Meithrin ymwybyddiaeth o siebrddiogelwch drwy chwarae</w:t>
            </w:r>
          </w:p>
        </w:tc>
      </w:tr>
    </w:tbl>
    <w:p w14:paraId="5FE37EE7"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7E71516C" w14:textId="77777777">
        <w:trPr>
          <w:jc w:val="center"/>
        </w:trPr>
        <w:tc>
          <w:tcPr>
            <w:tcW w:w="9936" w:type="dxa"/>
            <w:tcBorders>
              <w:top w:val="single" w:sz="10" w:space="0" w:color="1F4E78"/>
              <w:left w:val="single" w:sz="10" w:space="0" w:color="1F4E78"/>
              <w:bottom w:val="single" w:sz="10" w:space="0" w:color="1F4E78"/>
              <w:right w:val="single" w:sz="10" w:space="0" w:color="1F4E78"/>
            </w:tcBorders>
            <w:tcMar>
              <w:top w:w="190" w:type="dxa"/>
              <w:left w:w="190" w:type="dxa"/>
              <w:bottom w:w="190" w:type="dxa"/>
              <w:right w:w="190" w:type="dxa"/>
            </w:tcMar>
          </w:tcPr>
          <w:p w14:paraId="35885C41" w14:textId="77777777" w:rsidR="00567AA3" w:rsidRPr="0089220E" w:rsidRDefault="00D67D08">
            <w:pPr>
              <w:rPr>
                <w:rFonts w:ascii="Helvetica" w:hAnsi="Helvetica"/>
              </w:rPr>
            </w:pPr>
            <w:r>
              <w:rPr>
                <w:rFonts w:ascii="Helvetica" w:eastAsia="Helvetica" w:hAnsi="Helvetica" w:cs="Arial"/>
                <w:b/>
                <w:bCs/>
                <w:color w:val="1F4E78"/>
                <w:sz w:val="32"/>
                <w:szCs w:val="32"/>
                <w:lang w:val="cy-GB"/>
              </w:rPr>
              <w:t>Trechwch Anghenfilod Maleiswedd!</w:t>
            </w:r>
          </w:p>
          <w:p w14:paraId="4B47F883" w14:textId="77777777" w:rsidR="00567AA3" w:rsidRPr="0089220E" w:rsidRDefault="00D67D08">
            <w:pPr>
              <w:rPr>
                <w:rFonts w:ascii="Helvetica" w:hAnsi="Helvetica"/>
              </w:rPr>
            </w:pPr>
            <w:r>
              <w:rPr>
                <w:rFonts w:ascii="Helvetica" w:eastAsia="Helvetica" w:hAnsi="Helvetica" w:cs="Arial"/>
                <w:szCs w:val="21"/>
                <w:lang w:val="cy-GB"/>
              </w:rPr>
              <w:t>Mae'r Ddinas Ddigidol dan ymosodiad gan lawrlwythiadau anniogel, apiau ffug, dyfeisiau heb eu diweddaru neu heb eu hunioni a negeseuon amheus.</w:t>
            </w:r>
          </w:p>
          <w:p w14:paraId="23159DB2" w14:textId="77777777" w:rsidR="00567AA3" w:rsidRPr="0089220E" w:rsidRDefault="00D67D08">
            <w:pPr>
              <w:rPr>
                <w:rFonts w:ascii="Helvetica" w:hAnsi="Helvetica"/>
              </w:rPr>
            </w:pPr>
            <w:r>
              <w:rPr>
                <w:rFonts w:ascii="Helvetica" w:eastAsia="Helvetica" w:hAnsi="Helvetica" w:cs="Arial"/>
                <w:b/>
                <w:bCs/>
                <w:color w:val="1F4E78"/>
                <w:szCs w:val="21"/>
                <w:lang w:val="cy-GB"/>
              </w:rPr>
              <w:t>Yr her</w:t>
            </w:r>
          </w:p>
          <w:p w14:paraId="0F4F82EB" w14:textId="77777777" w:rsidR="00567AA3" w:rsidRPr="0089220E" w:rsidRDefault="00D67D08">
            <w:pPr>
              <w:rPr>
                <w:rFonts w:ascii="Helvetica" w:hAnsi="Helvetica"/>
              </w:rPr>
            </w:pPr>
            <w:r>
              <w:rPr>
                <w:rFonts w:ascii="Helvetica" w:eastAsia="Helvetica" w:hAnsi="Helvetica" w:cs="Arial"/>
                <w:szCs w:val="21"/>
                <w:lang w:val="cy-GB"/>
              </w:rPr>
              <w:t>Dyluniwch a chodiwch gêm sy'n addysgu chwaraewyr sut i amddiffyn eu dyfeisiau a chadw'n ddiogel ar-lein.</w:t>
            </w:r>
          </w:p>
          <w:p w14:paraId="785E2F42" w14:textId="77777777" w:rsidR="00567AA3" w:rsidRPr="0089220E" w:rsidRDefault="00D67D08">
            <w:pPr>
              <w:rPr>
                <w:rFonts w:ascii="Helvetica" w:hAnsi="Helvetica"/>
              </w:rPr>
            </w:pPr>
            <w:r>
              <w:rPr>
                <w:rFonts w:ascii="Helvetica" w:eastAsia="Helvetica" w:hAnsi="Helvetica" w:cs="Arial"/>
                <w:b/>
                <w:bCs/>
                <w:color w:val="1F4E78"/>
                <w:szCs w:val="21"/>
                <w:lang w:val="cy-GB"/>
              </w:rPr>
              <w:t>Syniadau i'w harchwilio</w:t>
            </w:r>
          </w:p>
          <w:p w14:paraId="5047F887"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Dewiswch ffynonellau dibynadwy i’w lawrlwytho.</w:t>
            </w:r>
          </w:p>
          <w:p w14:paraId="74162F2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Cofiwch ddiweddaru meddalwedd.</w:t>
            </w:r>
          </w:p>
          <w:p w14:paraId="121AE7E6"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Meddyliwch cyn clicio.</w:t>
            </w:r>
          </w:p>
          <w:p w14:paraId="2D3F0D0A"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Defnyddiwch offer diogelwch.</w:t>
            </w:r>
          </w:p>
          <w:p w14:paraId="66E41218"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Rhowch gynnig ar gêm blatfform, rhedwr, drysfa neu gwis.</w:t>
            </w:r>
          </w:p>
          <w:p w14:paraId="56971E46" w14:textId="77777777" w:rsidR="00567AA3" w:rsidRPr="0089220E" w:rsidRDefault="00D67D08">
            <w:pPr>
              <w:rPr>
                <w:rFonts w:ascii="Helvetica" w:hAnsi="Helvetica"/>
              </w:rPr>
            </w:pPr>
            <w:r>
              <w:rPr>
                <w:rFonts w:ascii="Helvetica" w:eastAsia="Helvetica" w:hAnsi="Helvetica" w:cs="Arial"/>
                <w:i/>
                <w:iCs/>
                <w:sz w:val="18"/>
                <w:szCs w:val="18"/>
                <w:lang w:val="cy-GB"/>
              </w:rPr>
              <w:t>Gellir addasu prosiectau yn ôl oedran a phrofiad.</w:t>
            </w:r>
          </w:p>
        </w:tc>
      </w:tr>
    </w:tbl>
    <w:p w14:paraId="5C4D8EF3" w14:textId="77777777" w:rsidR="00567AA3" w:rsidRPr="0089220E" w:rsidRDefault="00567AA3">
      <w:pPr>
        <w:rPr>
          <w:rFonts w:ascii="Helvetica" w:hAnsi="Helvetica"/>
        </w:rPr>
      </w:pPr>
    </w:p>
    <w:p w14:paraId="2671DDB7"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848"/>
        <w:gridCol w:w="5088"/>
      </w:tblGrid>
      <w:tr w:rsidR="00A44D6C" w14:paraId="32F4B4C6" w14:textId="77777777">
        <w:trPr>
          <w:jc w:val="center"/>
        </w:trPr>
        <w:tc>
          <w:tcPr>
            <w:tcW w:w="4968" w:type="dxa"/>
            <w:shd w:val="clear" w:color="auto" w:fill="7A3E9D"/>
            <w:tcMar>
              <w:top w:w="160" w:type="dxa"/>
              <w:left w:w="160" w:type="dxa"/>
              <w:bottom w:w="160" w:type="dxa"/>
              <w:right w:w="160" w:type="dxa"/>
            </w:tcMar>
          </w:tcPr>
          <w:p w14:paraId="79537C5C" w14:textId="61AEF740"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12D6CF2F" w14:textId="77777777" w:rsidR="00567AA3" w:rsidRPr="0089220E" w:rsidRDefault="00D67D08">
            <w:pPr>
              <w:rPr>
                <w:rFonts w:ascii="Helvetica" w:hAnsi="Helvetica"/>
              </w:rPr>
            </w:pPr>
            <w:r>
              <w:rPr>
                <w:rFonts w:ascii="Helvetica" w:eastAsia="Helvetica" w:hAnsi="Helvetica" w:cs="Arial"/>
                <w:b/>
                <w:bCs/>
                <w:color w:val="7A3E9D"/>
                <w:sz w:val="42"/>
                <w:szCs w:val="42"/>
                <w:lang w:val="cy-GB"/>
              </w:rPr>
              <w:t>FreeSchoolClothes.com</w:t>
            </w:r>
          </w:p>
          <w:p w14:paraId="55D6F7FE" w14:textId="77777777" w:rsidR="00567AA3" w:rsidRPr="0089220E" w:rsidRDefault="00D67D08">
            <w:pPr>
              <w:rPr>
                <w:rFonts w:ascii="Helvetica" w:hAnsi="Helvetica"/>
              </w:rPr>
            </w:pPr>
            <w:r>
              <w:rPr>
                <w:rFonts w:ascii="Helvetica" w:eastAsia="Helvetica" w:hAnsi="Helvetica" w:cs="Arial"/>
                <w:sz w:val="20"/>
                <w:szCs w:val="20"/>
                <w:lang w:val="cy-GB"/>
              </w:rPr>
              <w:t>Defnyddio technoleg i gynorthwyo pobl a'r blaned</w:t>
            </w:r>
          </w:p>
        </w:tc>
      </w:tr>
    </w:tbl>
    <w:p w14:paraId="70C7E02D"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33AC660E" w14:textId="77777777">
        <w:trPr>
          <w:jc w:val="center"/>
        </w:trPr>
        <w:tc>
          <w:tcPr>
            <w:tcW w:w="9936" w:type="dxa"/>
            <w:tcBorders>
              <w:top w:val="single" w:sz="10" w:space="0" w:color="7A3E9D"/>
              <w:left w:val="single" w:sz="10" w:space="0" w:color="7A3E9D"/>
              <w:bottom w:val="single" w:sz="10" w:space="0" w:color="7A3E9D"/>
              <w:right w:val="single" w:sz="10" w:space="0" w:color="7A3E9D"/>
            </w:tcBorders>
            <w:tcMar>
              <w:top w:w="190" w:type="dxa"/>
              <w:left w:w="190" w:type="dxa"/>
              <w:bottom w:w="190" w:type="dxa"/>
              <w:right w:w="190" w:type="dxa"/>
            </w:tcMar>
          </w:tcPr>
          <w:p w14:paraId="3EF00CCB" w14:textId="77777777" w:rsidR="00567AA3" w:rsidRPr="0089220E" w:rsidRDefault="00D67D08">
            <w:pPr>
              <w:rPr>
                <w:rFonts w:ascii="Helvetica" w:hAnsi="Helvetica"/>
              </w:rPr>
            </w:pPr>
            <w:r>
              <w:rPr>
                <w:rFonts w:ascii="Helvetica" w:eastAsia="Helvetica" w:hAnsi="Helvetica" w:cs="Arial"/>
                <w:b/>
                <w:bCs/>
                <w:color w:val="7A3E9D"/>
                <w:sz w:val="32"/>
                <w:szCs w:val="32"/>
                <w:lang w:val="cy-GB"/>
              </w:rPr>
              <w:t>Sgiliau dynol yn oes AI</w:t>
            </w:r>
          </w:p>
          <w:p w14:paraId="1A27978C" w14:textId="77777777" w:rsidR="00567AA3" w:rsidRPr="0089220E" w:rsidRDefault="00D67D08">
            <w:pPr>
              <w:rPr>
                <w:rFonts w:ascii="Helvetica" w:hAnsi="Helvetica"/>
              </w:rPr>
            </w:pPr>
            <w:r>
              <w:rPr>
                <w:rFonts w:ascii="Helvetica" w:eastAsia="Helvetica" w:hAnsi="Helvetica" w:cs="Arial"/>
                <w:szCs w:val="21"/>
                <w:lang w:val="cy-GB"/>
              </w:rPr>
              <w:t>Mae pobl yn cyfrannu cryfderau na all technoleg eu disodli'n rhwydd.</w:t>
            </w:r>
          </w:p>
          <w:p w14:paraId="7BED9A7E" w14:textId="77777777" w:rsidR="00567AA3" w:rsidRPr="0089220E" w:rsidRDefault="00D67D08">
            <w:pPr>
              <w:rPr>
                <w:rFonts w:ascii="Helvetica" w:hAnsi="Helvetica"/>
              </w:rPr>
            </w:pPr>
            <w:r>
              <w:rPr>
                <w:rFonts w:ascii="Helvetica" w:eastAsia="Helvetica" w:hAnsi="Helvetica" w:cs="Arial"/>
                <w:b/>
                <w:bCs/>
                <w:color w:val="7A3E9D"/>
                <w:szCs w:val="21"/>
                <w:lang w:val="cy-GB"/>
              </w:rPr>
              <w:t>Yr her</w:t>
            </w:r>
          </w:p>
          <w:p w14:paraId="654CBC4C" w14:textId="77777777" w:rsidR="00567AA3" w:rsidRPr="0089220E" w:rsidRDefault="00D67D08">
            <w:pPr>
              <w:rPr>
                <w:rFonts w:ascii="Helvetica" w:hAnsi="Helvetica"/>
              </w:rPr>
            </w:pPr>
            <w:r>
              <w:rPr>
                <w:rFonts w:ascii="Helvetica" w:eastAsia="Helvetica" w:hAnsi="Helvetica" w:cs="Arial"/>
                <w:szCs w:val="21"/>
                <w:lang w:val="cy-GB"/>
              </w:rPr>
              <w:t>Crëwch gêm sy'n archwilio sut y gall sgiliau dynol a deallusrwydd artiffisial weithio'n dda gyda'i gilydd.</w:t>
            </w:r>
          </w:p>
          <w:p w14:paraId="4BE0986F" w14:textId="77777777" w:rsidR="00567AA3" w:rsidRPr="0089220E" w:rsidRDefault="00D67D08">
            <w:pPr>
              <w:rPr>
                <w:rFonts w:ascii="Helvetica" w:hAnsi="Helvetica"/>
              </w:rPr>
            </w:pPr>
            <w:r>
              <w:rPr>
                <w:rFonts w:ascii="Helvetica" w:eastAsia="Helvetica" w:hAnsi="Helvetica" w:cs="Arial"/>
                <w:b/>
                <w:bCs/>
                <w:color w:val="7A3E9D"/>
                <w:szCs w:val="21"/>
                <w:lang w:val="cy-GB"/>
              </w:rPr>
              <w:t>Syniadau i'w harchwilio</w:t>
            </w:r>
          </w:p>
          <w:p w14:paraId="0244B897"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Archwiliwch greadigrwydd a chwilfrydedd.</w:t>
            </w:r>
          </w:p>
          <w:p w14:paraId="216A194D"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Cynhwyswch waith tîm neu empathi.</w:t>
            </w:r>
          </w:p>
          <w:p w14:paraId="7E596B66"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Dangoswch pam mae barn pobl yn bwysig.</w:t>
            </w:r>
          </w:p>
          <w:p w14:paraId="477A2363"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Pennwch gryfderau gwahanol i fodau dynol ac AI.</w:t>
            </w:r>
          </w:p>
        </w:tc>
      </w:tr>
    </w:tbl>
    <w:p w14:paraId="77D3FFCC"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4BF194A8" w14:textId="77777777">
        <w:trPr>
          <w:jc w:val="center"/>
        </w:trPr>
        <w:tc>
          <w:tcPr>
            <w:tcW w:w="9936" w:type="dxa"/>
            <w:tcBorders>
              <w:top w:val="single" w:sz="10" w:space="0" w:color="7A3E9D"/>
              <w:left w:val="single" w:sz="10" w:space="0" w:color="7A3E9D"/>
              <w:bottom w:val="single" w:sz="10" w:space="0" w:color="7A3E9D"/>
              <w:right w:val="single" w:sz="10" w:space="0" w:color="7A3E9D"/>
            </w:tcBorders>
            <w:tcMar>
              <w:top w:w="190" w:type="dxa"/>
              <w:left w:w="190" w:type="dxa"/>
              <w:bottom w:w="190" w:type="dxa"/>
              <w:right w:w="190" w:type="dxa"/>
            </w:tcMar>
          </w:tcPr>
          <w:p w14:paraId="1B0937B6" w14:textId="77777777" w:rsidR="00567AA3" w:rsidRPr="0089220E" w:rsidRDefault="00D67D08">
            <w:pPr>
              <w:rPr>
                <w:rFonts w:ascii="Helvetica" w:hAnsi="Helvetica"/>
              </w:rPr>
            </w:pPr>
            <w:r>
              <w:rPr>
                <w:rFonts w:ascii="Helvetica" w:eastAsia="Helvetica" w:hAnsi="Helvetica" w:cs="Arial"/>
                <w:b/>
                <w:bCs/>
                <w:color w:val="7A3E9D"/>
                <w:sz w:val="32"/>
                <w:szCs w:val="32"/>
                <w:lang w:val="cy-GB"/>
              </w:rPr>
              <w:t>Gwisgwch, Rhannwch, Arbedwch</w:t>
            </w:r>
          </w:p>
          <w:p w14:paraId="4BAB0BAC" w14:textId="77777777" w:rsidR="00567AA3" w:rsidRPr="0089220E" w:rsidRDefault="00D67D08">
            <w:pPr>
              <w:rPr>
                <w:rFonts w:ascii="Helvetica" w:hAnsi="Helvetica"/>
              </w:rPr>
            </w:pPr>
            <w:r>
              <w:rPr>
                <w:rFonts w:ascii="Helvetica" w:eastAsia="Helvetica" w:hAnsi="Helvetica" w:cs="Arial"/>
                <w:szCs w:val="21"/>
                <w:lang w:val="cy-GB"/>
              </w:rPr>
              <w:t>Gall dillad ysgol y gellir eu hailddefnyddio gynorthwyo teuluoedd a lleihau gwastraff.</w:t>
            </w:r>
          </w:p>
          <w:p w14:paraId="7BEB950E" w14:textId="77777777" w:rsidR="00567AA3" w:rsidRPr="0089220E" w:rsidRDefault="00D67D08">
            <w:pPr>
              <w:rPr>
                <w:rFonts w:ascii="Helvetica" w:hAnsi="Helvetica"/>
              </w:rPr>
            </w:pPr>
            <w:r>
              <w:rPr>
                <w:rFonts w:ascii="Helvetica" w:eastAsia="Helvetica" w:hAnsi="Helvetica" w:cs="Arial"/>
                <w:b/>
                <w:bCs/>
                <w:color w:val="7A3E9D"/>
                <w:szCs w:val="21"/>
                <w:lang w:val="cy-GB"/>
              </w:rPr>
              <w:t>Yr her</w:t>
            </w:r>
          </w:p>
          <w:p w14:paraId="17C2368B" w14:textId="77777777" w:rsidR="00567AA3" w:rsidRPr="0089220E" w:rsidRDefault="00D67D08">
            <w:pPr>
              <w:rPr>
                <w:rFonts w:ascii="Helvetica" w:hAnsi="Helvetica"/>
              </w:rPr>
            </w:pPr>
            <w:r>
              <w:rPr>
                <w:rFonts w:ascii="Helvetica" w:eastAsia="Helvetica" w:hAnsi="Helvetica" w:cs="Arial"/>
                <w:szCs w:val="21"/>
                <w:lang w:val="cy-GB"/>
              </w:rPr>
              <w:t>Crëwch gêm sy'n dangos effaith cyweirio, cyfnewid, rhoddi neu ailddefnyddio dillad ysgol.</w:t>
            </w:r>
          </w:p>
          <w:p w14:paraId="10B34119" w14:textId="77777777" w:rsidR="00567AA3" w:rsidRPr="0089220E" w:rsidRDefault="00D67D08">
            <w:pPr>
              <w:rPr>
                <w:rFonts w:ascii="Helvetica" w:hAnsi="Helvetica"/>
              </w:rPr>
            </w:pPr>
            <w:r>
              <w:rPr>
                <w:rFonts w:ascii="Helvetica" w:eastAsia="Helvetica" w:hAnsi="Helvetica" w:cs="Arial"/>
                <w:b/>
                <w:bCs/>
                <w:color w:val="7A3E9D"/>
                <w:szCs w:val="21"/>
                <w:lang w:val="cy-GB"/>
              </w:rPr>
              <w:t>Syniadau i'w harchwilio</w:t>
            </w:r>
          </w:p>
          <w:p w14:paraId="47D52450"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Helpwch chwaraewyr i wneud dewisiadau doeth.</w:t>
            </w:r>
          </w:p>
          <w:p w14:paraId="56DEEECC"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Dangoswch fanteision i deuluoedd ac ysgolion.</w:t>
            </w:r>
          </w:p>
          <w:p w14:paraId="417BEADD"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Arddangoswch ddulliau lleihau gwastraff.</w:t>
            </w:r>
          </w:p>
          <w:p w14:paraId="49EE098F"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Datgelwch effaith penderfyniadau.</w:t>
            </w:r>
          </w:p>
        </w:tc>
      </w:tr>
    </w:tbl>
    <w:p w14:paraId="0DE0C57B" w14:textId="77777777" w:rsidR="00567AA3" w:rsidRPr="0089220E" w:rsidRDefault="00567AA3">
      <w:pPr>
        <w:rPr>
          <w:rFonts w:ascii="Helvetica" w:hAnsi="Helvetica"/>
        </w:rPr>
      </w:pPr>
    </w:p>
    <w:p w14:paraId="0304A800"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968"/>
        <w:gridCol w:w="4968"/>
      </w:tblGrid>
      <w:tr w:rsidR="00A44D6C" w14:paraId="74B5307C" w14:textId="77777777">
        <w:trPr>
          <w:jc w:val="center"/>
        </w:trPr>
        <w:tc>
          <w:tcPr>
            <w:tcW w:w="4968" w:type="dxa"/>
            <w:shd w:val="clear" w:color="auto" w:fill="E67E22"/>
            <w:tcMar>
              <w:top w:w="160" w:type="dxa"/>
              <w:left w:w="160" w:type="dxa"/>
              <w:bottom w:w="160" w:type="dxa"/>
              <w:right w:w="160" w:type="dxa"/>
            </w:tcMar>
          </w:tcPr>
          <w:p w14:paraId="64ADB0D6" w14:textId="10504EB6"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7665DB5B" w14:textId="77777777" w:rsidR="00567AA3" w:rsidRPr="0089220E" w:rsidRDefault="00D67D08">
            <w:pPr>
              <w:rPr>
                <w:rFonts w:ascii="Helvetica" w:hAnsi="Helvetica"/>
              </w:rPr>
            </w:pPr>
            <w:r>
              <w:rPr>
                <w:rFonts w:ascii="Helvetica" w:eastAsia="Helvetica" w:hAnsi="Helvetica" w:cs="Arial"/>
                <w:b/>
                <w:bCs/>
                <w:color w:val="E67E22"/>
                <w:sz w:val="42"/>
                <w:szCs w:val="42"/>
                <w:lang w:val="cy-GB"/>
              </w:rPr>
              <w:t>BCS</w:t>
            </w:r>
          </w:p>
          <w:p w14:paraId="3C9D2C31" w14:textId="77777777" w:rsidR="00567AA3" w:rsidRPr="0089220E" w:rsidRDefault="00D67D08">
            <w:pPr>
              <w:rPr>
                <w:rFonts w:ascii="Helvetica" w:hAnsi="Helvetica"/>
              </w:rPr>
            </w:pPr>
            <w:r>
              <w:rPr>
                <w:rFonts w:ascii="Helvetica" w:eastAsia="Helvetica" w:hAnsi="Helvetica" w:cs="Arial"/>
                <w:sz w:val="20"/>
                <w:szCs w:val="20"/>
                <w:lang w:val="cy-GB"/>
              </w:rPr>
              <w:t>Cymhwyso cyfrifiadura i heriau'r byd go iawn</w:t>
            </w:r>
          </w:p>
        </w:tc>
      </w:tr>
    </w:tbl>
    <w:p w14:paraId="6611F955"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46C6645C" w14:textId="77777777">
        <w:trPr>
          <w:jc w:val="center"/>
        </w:trPr>
        <w:tc>
          <w:tcPr>
            <w:tcW w:w="9936" w:type="dxa"/>
            <w:tcBorders>
              <w:top w:val="single" w:sz="10" w:space="0" w:color="E67E22"/>
              <w:left w:val="single" w:sz="10" w:space="0" w:color="E67E22"/>
              <w:bottom w:val="single" w:sz="10" w:space="0" w:color="E67E22"/>
              <w:right w:val="single" w:sz="10" w:space="0" w:color="E67E22"/>
            </w:tcBorders>
            <w:tcMar>
              <w:top w:w="190" w:type="dxa"/>
              <w:left w:w="190" w:type="dxa"/>
              <w:bottom w:w="190" w:type="dxa"/>
              <w:right w:w="190" w:type="dxa"/>
            </w:tcMar>
          </w:tcPr>
          <w:p w14:paraId="5A972E7C" w14:textId="77777777" w:rsidR="00567AA3" w:rsidRPr="0089220E" w:rsidRDefault="00D67D08">
            <w:pPr>
              <w:rPr>
                <w:rFonts w:ascii="Helvetica" w:hAnsi="Helvetica"/>
              </w:rPr>
            </w:pPr>
            <w:r>
              <w:rPr>
                <w:rFonts w:ascii="Helvetica" w:eastAsia="Helvetica" w:hAnsi="Helvetica" w:cs="Arial"/>
                <w:b/>
                <w:bCs/>
                <w:color w:val="E67E22"/>
                <w:sz w:val="32"/>
                <w:szCs w:val="32"/>
                <w:lang w:val="cy-GB"/>
              </w:rPr>
              <w:t>Y newid yn yr hinsawdd: ffeithiau ac effeithiau yn y dyfodol</w:t>
            </w:r>
          </w:p>
          <w:p w14:paraId="74DF2781" w14:textId="77777777" w:rsidR="00567AA3" w:rsidRPr="0089220E" w:rsidRDefault="00D67D08">
            <w:pPr>
              <w:rPr>
                <w:rFonts w:ascii="Helvetica" w:hAnsi="Helvetica"/>
              </w:rPr>
            </w:pPr>
            <w:r>
              <w:rPr>
                <w:rFonts w:ascii="Helvetica" w:eastAsia="Helvetica" w:hAnsi="Helvetica" w:cs="Arial"/>
                <w:szCs w:val="21"/>
                <w:lang w:val="cy-GB"/>
              </w:rPr>
              <w:t>Gall data dibynadwy helpu pobl i ddeall y newid yn yr hinsawdd.</w:t>
            </w:r>
          </w:p>
          <w:p w14:paraId="2FFB859D" w14:textId="77777777" w:rsidR="00567AA3" w:rsidRPr="0089220E" w:rsidRDefault="00D67D08">
            <w:pPr>
              <w:rPr>
                <w:rFonts w:ascii="Helvetica" w:hAnsi="Helvetica"/>
              </w:rPr>
            </w:pPr>
            <w:r>
              <w:rPr>
                <w:rFonts w:ascii="Helvetica" w:eastAsia="Helvetica" w:hAnsi="Helvetica" w:cs="Arial"/>
                <w:b/>
                <w:bCs/>
                <w:color w:val="E67E22"/>
                <w:szCs w:val="21"/>
                <w:lang w:val="cy-GB"/>
              </w:rPr>
              <w:t>Yr her</w:t>
            </w:r>
          </w:p>
          <w:p w14:paraId="5F41945A" w14:textId="77777777" w:rsidR="00567AA3" w:rsidRPr="0089220E" w:rsidRDefault="00D67D08">
            <w:pPr>
              <w:rPr>
                <w:rFonts w:ascii="Helvetica" w:hAnsi="Helvetica"/>
              </w:rPr>
            </w:pPr>
            <w:r>
              <w:rPr>
                <w:rFonts w:ascii="Helvetica" w:eastAsia="Helvetica" w:hAnsi="Helvetica" w:cs="Arial"/>
                <w:szCs w:val="21"/>
                <w:lang w:val="cy-GB"/>
              </w:rPr>
              <w:t>Datblygwch ap gan ddefnyddio cyfresi data dilys i esbonio ffeithiau a rhagfynegiadau ynghylch y dyfodol.</w:t>
            </w:r>
          </w:p>
          <w:p w14:paraId="71E52300" w14:textId="77777777" w:rsidR="00567AA3" w:rsidRPr="0089220E" w:rsidRDefault="00D67D08">
            <w:pPr>
              <w:rPr>
                <w:rFonts w:ascii="Helvetica" w:hAnsi="Helvetica"/>
              </w:rPr>
            </w:pPr>
            <w:r>
              <w:rPr>
                <w:rFonts w:ascii="Helvetica" w:eastAsia="Helvetica" w:hAnsi="Helvetica" w:cs="Arial"/>
                <w:b/>
                <w:bCs/>
                <w:color w:val="E67E22"/>
                <w:szCs w:val="21"/>
                <w:lang w:val="cy-GB"/>
              </w:rPr>
              <w:t>Syniadau i'w harchwilio</w:t>
            </w:r>
          </w:p>
          <w:p w14:paraId="7E7C9CD3"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Defnyddiwch ddata sylfaenol, nid sgrinluniau.</w:t>
            </w:r>
          </w:p>
          <w:p w14:paraId="0D99452A"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Cyflwynwch wybodaeth yn eglur.</w:t>
            </w:r>
          </w:p>
          <w:p w14:paraId="4BFF0F22"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Cynhwyswch gwis.</w:t>
            </w:r>
          </w:p>
          <w:p w14:paraId="12F47202"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Eglurwch ffynonellau.</w:t>
            </w:r>
          </w:p>
        </w:tc>
      </w:tr>
    </w:tbl>
    <w:p w14:paraId="4404E8A6"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58AD597D" w14:textId="77777777">
        <w:trPr>
          <w:jc w:val="center"/>
        </w:trPr>
        <w:tc>
          <w:tcPr>
            <w:tcW w:w="9936" w:type="dxa"/>
            <w:tcBorders>
              <w:top w:val="single" w:sz="10" w:space="0" w:color="E67E22"/>
              <w:left w:val="single" w:sz="10" w:space="0" w:color="E67E22"/>
              <w:bottom w:val="single" w:sz="10" w:space="0" w:color="E67E22"/>
              <w:right w:val="single" w:sz="10" w:space="0" w:color="E67E22"/>
            </w:tcBorders>
            <w:tcMar>
              <w:top w:w="190" w:type="dxa"/>
              <w:left w:w="190" w:type="dxa"/>
              <w:bottom w:w="190" w:type="dxa"/>
              <w:right w:w="190" w:type="dxa"/>
            </w:tcMar>
          </w:tcPr>
          <w:p w14:paraId="0B5E103C" w14:textId="37DF936F" w:rsidR="00567AA3" w:rsidRPr="0089220E" w:rsidRDefault="00D67D08">
            <w:pPr>
              <w:rPr>
                <w:rFonts w:ascii="Helvetica" w:hAnsi="Helvetica"/>
              </w:rPr>
            </w:pPr>
            <w:r>
              <w:rPr>
                <w:rFonts w:ascii="Helvetica" w:eastAsia="Helvetica" w:hAnsi="Helvetica" w:cs="Arial"/>
                <w:b/>
                <w:bCs/>
                <w:color w:val="E67E22"/>
                <w:sz w:val="32"/>
                <w:szCs w:val="32"/>
                <w:lang w:val="cy-GB"/>
              </w:rPr>
              <w:t>Fy Robot Cynorthwyo</w:t>
            </w:r>
            <w:r w:rsidR="00F931A7">
              <w:rPr>
                <w:rFonts w:ascii="Helvetica" w:eastAsia="Helvetica" w:hAnsi="Helvetica" w:cs="Arial"/>
                <w:b/>
                <w:bCs/>
                <w:color w:val="E67E22"/>
                <w:sz w:val="32"/>
                <w:szCs w:val="32"/>
                <w:lang w:val="cy-GB"/>
              </w:rPr>
              <w:t>l</w:t>
            </w:r>
          </w:p>
          <w:p w14:paraId="32A17ECD" w14:textId="77777777" w:rsidR="00567AA3" w:rsidRPr="0089220E" w:rsidRDefault="00D67D08">
            <w:pPr>
              <w:rPr>
                <w:rFonts w:ascii="Helvetica" w:hAnsi="Helvetica"/>
              </w:rPr>
            </w:pPr>
            <w:r>
              <w:rPr>
                <w:rFonts w:ascii="Helvetica" w:eastAsia="Helvetica" w:hAnsi="Helvetica" w:cs="Arial"/>
                <w:szCs w:val="21"/>
                <w:lang w:val="cy-GB"/>
              </w:rPr>
              <w:t>Gall robotiaid a dronau gynorthwyo â thasgau defnyddiol.</w:t>
            </w:r>
          </w:p>
          <w:p w14:paraId="788A505E" w14:textId="77777777" w:rsidR="00567AA3" w:rsidRPr="0089220E" w:rsidRDefault="00D67D08">
            <w:pPr>
              <w:rPr>
                <w:rFonts w:ascii="Helvetica" w:hAnsi="Helvetica"/>
              </w:rPr>
            </w:pPr>
            <w:r>
              <w:rPr>
                <w:rFonts w:ascii="Helvetica" w:eastAsia="Helvetica" w:hAnsi="Helvetica" w:cs="Arial"/>
                <w:b/>
                <w:bCs/>
                <w:color w:val="E67E22"/>
                <w:szCs w:val="21"/>
                <w:lang w:val="cy-GB"/>
              </w:rPr>
              <w:t>Yr her</w:t>
            </w:r>
          </w:p>
          <w:p w14:paraId="6D3A1471" w14:textId="47950B0A" w:rsidR="00567AA3" w:rsidRPr="0089220E" w:rsidRDefault="00D67D08">
            <w:pPr>
              <w:rPr>
                <w:rFonts w:ascii="Helvetica" w:hAnsi="Helvetica"/>
              </w:rPr>
            </w:pPr>
            <w:r>
              <w:rPr>
                <w:rFonts w:ascii="Helvetica" w:eastAsia="Helvetica" w:hAnsi="Helvetica" w:cs="Arial"/>
                <w:szCs w:val="21"/>
                <w:lang w:val="cy-GB"/>
              </w:rPr>
              <w:t>Crëwch gêm neu ap sy'n dangos technoleg yn cwblhau tasgau defnyddiol.</w:t>
            </w:r>
          </w:p>
          <w:p w14:paraId="682F1B46" w14:textId="77777777" w:rsidR="00567AA3" w:rsidRPr="0089220E" w:rsidRDefault="00D67D08">
            <w:pPr>
              <w:rPr>
                <w:rFonts w:ascii="Helvetica" w:hAnsi="Helvetica"/>
              </w:rPr>
            </w:pPr>
            <w:r>
              <w:rPr>
                <w:rFonts w:ascii="Helvetica" w:eastAsia="Helvetica" w:hAnsi="Helvetica" w:cs="Arial"/>
                <w:b/>
                <w:bCs/>
                <w:color w:val="E67E22"/>
                <w:szCs w:val="21"/>
                <w:lang w:val="cy-GB"/>
              </w:rPr>
              <w:t>Syniadau i'w harchwilio</w:t>
            </w:r>
          </w:p>
          <w:p w14:paraId="72363FBE"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Dangoswch ddwy dasg gynorthwyol neu ragor.</w:t>
            </w:r>
          </w:p>
          <w:p w14:paraId="26384AC5"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Trowch gyfarwyddiadau anghywir yn anhrefn chwareus.</w:t>
            </w:r>
          </w:p>
          <w:p w14:paraId="58992CE0"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Archwiliwch dasg a gynorthwyir gan drôn.</w:t>
            </w:r>
          </w:p>
          <w:p w14:paraId="075B67E4"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Ystyriwch gyfarwyddiadau ac adborth.</w:t>
            </w:r>
          </w:p>
        </w:tc>
      </w:tr>
    </w:tbl>
    <w:p w14:paraId="0D4EEB14" w14:textId="77777777" w:rsidR="00567AA3" w:rsidRPr="0089220E" w:rsidRDefault="00567AA3">
      <w:pPr>
        <w:rPr>
          <w:rFonts w:ascii="Helvetica" w:hAnsi="Helvetica"/>
        </w:rPr>
      </w:pPr>
    </w:p>
    <w:p w14:paraId="279D0980"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968"/>
        <w:gridCol w:w="4968"/>
      </w:tblGrid>
      <w:tr w:rsidR="00A44D6C" w14:paraId="3756B23A" w14:textId="77777777">
        <w:trPr>
          <w:jc w:val="center"/>
        </w:trPr>
        <w:tc>
          <w:tcPr>
            <w:tcW w:w="4968" w:type="dxa"/>
            <w:shd w:val="clear" w:color="auto" w:fill="2E7D32"/>
            <w:tcMar>
              <w:top w:w="160" w:type="dxa"/>
              <w:left w:w="160" w:type="dxa"/>
              <w:bottom w:w="160" w:type="dxa"/>
              <w:right w:w="160" w:type="dxa"/>
            </w:tcMar>
          </w:tcPr>
          <w:p w14:paraId="4E8245EC" w14:textId="3BD56AC1"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76C14114" w14:textId="77777777" w:rsidR="00567AA3" w:rsidRPr="0089220E" w:rsidRDefault="00D67D08">
            <w:pPr>
              <w:rPr>
                <w:rFonts w:ascii="Helvetica" w:hAnsi="Helvetica"/>
              </w:rPr>
            </w:pPr>
            <w:r>
              <w:rPr>
                <w:rFonts w:ascii="Helvetica" w:eastAsia="Helvetica" w:hAnsi="Helvetica" w:cs="Arial"/>
                <w:b/>
                <w:bCs/>
                <w:color w:val="2E7D32"/>
                <w:sz w:val="42"/>
                <w:szCs w:val="42"/>
                <w:lang w:val="cy-GB"/>
              </w:rPr>
              <w:t>Gyrfa Cymru</w:t>
            </w:r>
          </w:p>
          <w:p w14:paraId="6EEA8E01" w14:textId="77777777" w:rsidR="00567AA3" w:rsidRPr="0089220E" w:rsidRDefault="00D67D08">
            <w:pPr>
              <w:rPr>
                <w:rFonts w:ascii="Helvetica" w:hAnsi="Helvetica"/>
              </w:rPr>
            </w:pPr>
            <w:r>
              <w:rPr>
                <w:rFonts w:ascii="Helvetica" w:eastAsia="Helvetica" w:hAnsi="Helvetica" w:cs="Arial"/>
                <w:sz w:val="20"/>
                <w:szCs w:val="20"/>
                <w:lang w:val="cy-GB"/>
              </w:rPr>
              <w:t>Helpu pobl ifanc i archwilio byd gwaith</w:t>
            </w:r>
          </w:p>
        </w:tc>
      </w:tr>
    </w:tbl>
    <w:p w14:paraId="14002A46"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011B1ABD" w14:textId="77777777">
        <w:trPr>
          <w:jc w:val="center"/>
        </w:trPr>
        <w:tc>
          <w:tcPr>
            <w:tcW w:w="9936" w:type="dxa"/>
            <w:tcBorders>
              <w:top w:val="single" w:sz="10" w:space="0" w:color="2E7D32"/>
              <w:left w:val="single" w:sz="10" w:space="0" w:color="2E7D32"/>
              <w:bottom w:val="single" w:sz="10" w:space="0" w:color="2E7D32"/>
              <w:right w:val="single" w:sz="10" w:space="0" w:color="2E7D32"/>
            </w:tcBorders>
            <w:tcMar>
              <w:top w:w="190" w:type="dxa"/>
              <w:left w:w="190" w:type="dxa"/>
              <w:bottom w:w="190" w:type="dxa"/>
              <w:right w:w="190" w:type="dxa"/>
            </w:tcMar>
          </w:tcPr>
          <w:p w14:paraId="656272AE" w14:textId="77777777" w:rsidR="00567AA3" w:rsidRPr="0089220E" w:rsidRDefault="00D67D08">
            <w:pPr>
              <w:rPr>
                <w:rFonts w:ascii="Helvetica" w:hAnsi="Helvetica"/>
              </w:rPr>
            </w:pPr>
            <w:r>
              <w:rPr>
                <w:rFonts w:ascii="Helvetica" w:eastAsia="Helvetica" w:hAnsi="Helvetica" w:cs="Arial"/>
                <w:b/>
                <w:bCs/>
                <w:color w:val="2E7D32"/>
                <w:sz w:val="32"/>
                <w:szCs w:val="32"/>
                <w:lang w:val="cy-GB"/>
              </w:rPr>
              <w:t>Dewch i Gwrdd â'r Cyflogwr</w:t>
            </w:r>
          </w:p>
          <w:p w14:paraId="0CD66058" w14:textId="77777777" w:rsidR="00567AA3" w:rsidRPr="0089220E" w:rsidRDefault="00D67D08">
            <w:pPr>
              <w:rPr>
                <w:rFonts w:ascii="Helvetica" w:hAnsi="Helvetica"/>
              </w:rPr>
            </w:pPr>
            <w:r>
              <w:rPr>
                <w:rFonts w:ascii="Helvetica" w:eastAsia="Helvetica" w:hAnsi="Helvetica" w:cs="Arial"/>
                <w:szCs w:val="21"/>
                <w:lang w:val="cy-GB"/>
              </w:rPr>
              <w:t>Gall mewnwelediad uniongyrchol ddatgelu rolau a phosibiliadau newydd.</w:t>
            </w:r>
          </w:p>
          <w:p w14:paraId="173ACF5C" w14:textId="77777777" w:rsidR="00567AA3" w:rsidRPr="0089220E" w:rsidRDefault="00D67D08">
            <w:pPr>
              <w:rPr>
                <w:rFonts w:ascii="Helvetica" w:hAnsi="Helvetica"/>
              </w:rPr>
            </w:pPr>
            <w:r>
              <w:rPr>
                <w:rFonts w:ascii="Helvetica" w:eastAsia="Helvetica" w:hAnsi="Helvetica" w:cs="Arial"/>
                <w:b/>
                <w:bCs/>
                <w:color w:val="2E7D32"/>
                <w:szCs w:val="21"/>
                <w:lang w:val="cy-GB"/>
              </w:rPr>
              <w:t>Yr her</w:t>
            </w:r>
          </w:p>
          <w:p w14:paraId="4631C986" w14:textId="77777777" w:rsidR="00567AA3" w:rsidRPr="0089220E" w:rsidRDefault="00D67D08">
            <w:pPr>
              <w:rPr>
                <w:rFonts w:ascii="Helvetica" w:hAnsi="Helvetica"/>
              </w:rPr>
            </w:pPr>
            <w:r>
              <w:rPr>
                <w:rFonts w:ascii="Helvetica" w:eastAsia="Helvetica" w:hAnsi="Helvetica" w:cs="Arial"/>
                <w:szCs w:val="21"/>
                <w:lang w:val="cy-GB"/>
              </w:rPr>
              <w:t>Ewch i gwrdd â chyflogwr a defnyddio'r profiad fel ysbrydoliaeth ar gyfer gêm.</w:t>
            </w:r>
          </w:p>
          <w:p w14:paraId="7F0CEFFE" w14:textId="77777777" w:rsidR="00567AA3" w:rsidRPr="0089220E" w:rsidRDefault="00D67D08">
            <w:pPr>
              <w:rPr>
                <w:rFonts w:ascii="Helvetica" w:hAnsi="Helvetica"/>
              </w:rPr>
            </w:pPr>
            <w:r>
              <w:rPr>
                <w:rFonts w:ascii="Helvetica" w:eastAsia="Helvetica" w:hAnsi="Helvetica" w:cs="Arial"/>
                <w:b/>
                <w:bCs/>
                <w:color w:val="2E7D32"/>
                <w:szCs w:val="21"/>
                <w:lang w:val="cy-GB"/>
              </w:rPr>
              <w:t>Syniadau i'w harchwilio</w:t>
            </w:r>
          </w:p>
          <w:p w14:paraId="2E5FED11"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Canolbwyntiwch ar rôl neu her yn y gweithle.</w:t>
            </w:r>
          </w:p>
          <w:p w14:paraId="31168084"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Trowch ddysgu yn benderfyniadau neu'n lefelau.</w:t>
            </w:r>
          </w:p>
          <w:p w14:paraId="474D0B8A"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Dangoswch y sgiliau a ddefnyddir yn y gwaith.</w:t>
            </w:r>
          </w:p>
          <w:p w14:paraId="71C080D3"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Bydd Gyrfa Cymru yn cysylltu ysgolion â chyflogwr.</w:t>
            </w:r>
          </w:p>
        </w:tc>
      </w:tr>
    </w:tbl>
    <w:p w14:paraId="07DD7059"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3DAD21DA" w14:textId="77777777">
        <w:trPr>
          <w:jc w:val="center"/>
        </w:trPr>
        <w:tc>
          <w:tcPr>
            <w:tcW w:w="9936" w:type="dxa"/>
            <w:tcBorders>
              <w:top w:val="single" w:sz="10" w:space="0" w:color="2E7D32"/>
              <w:left w:val="single" w:sz="10" w:space="0" w:color="2E7D32"/>
              <w:bottom w:val="single" w:sz="10" w:space="0" w:color="2E7D32"/>
              <w:right w:val="single" w:sz="10" w:space="0" w:color="2E7D32"/>
            </w:tcBorders>
            <w:tcMar>
              <w:top w:w="190" w:type="dxa"/>
              <w:left w:w="190" w:type="dxa"/>
              <w:bottom w:w="190" w:type="dxa"/>
              <w:right w:w="190" w:type="dxa"/>
            </w:tcMar>
          </w:tcPr>
          <w:p w14:paraId="552BB5D6" w14:textId="77777777" w:rsidR="00567AA3" w:rsidRPr="0089220E" w:rsidRDefault="00D67D08">
            <w:pPr>
              <w:rPr>
                <w:rFonts w:ascii="Helvetica" w:hAnsi="Helvetica"/>
              </w:rPr>
            </w:pPr>
            <w:r>
              <w:rPr>
                <w:rFonts w:ascii="Helvetica" w:eastAsia="Helvetica" w:hAnsi="Helvetica" w:cs="Arial"/>
                <w:b/>
                <w:bCs/>
                <w:color w:val="2E7D32"/>
                <w:sz w:val="32"/>
                <w:szCs w:val="32"/>
                <w:lang w:val="cy-GB"/>
              </w:rPr>
              <w:t>Crëwch</w:t>
            </w:r>
            <w:r>
              <w:rPr>
                <w:rFonts w:ascii="Helvetica" w:eastAsia="Helvetica" w:hAnsi="Helvetica" w:cs="Arial"/>
                <w:color w:val="2E7D32"/>
                <w:sz w:val="32"/>
                <w:szCs w:val="32"/>
                <w:lang w:val="cy-GB"/>
              </w:rPr>
              <w:t xml:space="preserve"> Eich Dyfodol</w:t>
            </w:r>
          </w:p>
          <w:p w14:paraId="08EBBE3B" w14:textId="77777777" w:rsidR="00567AA3" w:rsidRPr="0089220E" w:rsidRDefault="00D67D08">
            <w:pPr>
              <w:rPr>
                <w:rFonts w:ascii="Helvetica" w:hAnsi="Helvetica"/>
              </w:rPr>
            </w:pPr>
            <w:r>
              <w:rPr>
                <w:rFonts w:ascii="Helvetica" w:eastAsia="Helvetica" w:hAnsi="Helvetica" w:cs="Arial"/>
                <w:szCs w:val="21"/>
                <w:lang w:val="cy-GB"/>
              </w:rPr>
              <w:t>Mae teithiau gyrfa yn gofyn archwilio, sgiliau a phenderfyniadau..</w:t>
            </w:r>
          </w:p>
          <w:p w14:paraId="56ED9362" w14:textId="77777777" w:rsidR="00567AA3" w:rsidRPr="0089220E" w:rsidRDefault="00D67D08">
            <w:pPr>
              <w:rPr>
                <w:rFonts w:ascii="Helvetica" w:hAnsi="Helvetica"/>
              </w:rPr>
            </w:pPr>
            <w:r>
              <w:rPr>
                <w:rFonts w:ascii="Helvetica" w:eastAsia="Helvetica" w:hAnsi="Helvetica" w:cs="Arial"/>
                <w:b/>
                <w:bCs/>
                <w:color w:val="2E7D32"/>
                <w:szCs w:val="21"/>
                <w:lang w:val="cy-GB"/>
              </w:rPr>
              <w:t>Yr her</w:t>
            </w:r>
          </w:p>
          <w:p w14:paraId="733BE80C" w14:textId="77777777" w:rsidR="00567AA3" w:rsidRPr="0089220E" w:rsidRDefault="00D67D08">
            <w:pPr>
              <w:rPr>
                <w:rFonts w:ascii="Helvetica" w:hAnsi="Helvetica"/>
              </w:rPr>
            </w:pPr>
            <w:r>
              <w:rPr>
                <w:rFonts w:ascii="Helvetica" w:eastAsia="Helvetica" w:hAnsi="Helvetica" w:cs="Arial"/>
                <w:szCs w:val="21"/>
                <w:lang w:val="cy-GB"/>
              </w:rPr>
              <w:t>Dyluniwch gêm sy'n tywys chwaraewyr drwy fyd gwaith.</w:t>
            </w:r>
          </w:p>
          <w:p w14:paraId="5C41FF35" w14:textId="77777777" w:rsidR="00567AA3" w:rsidRPr="0089220E" w:rsidRDefault="00D67D08">
            <w:pPr>
              <w:rPr>
                <w:rFonts w:ascii="Helvetica" w:hAnsi="Helvetica"/>
              </w:rPr>
            </w:pPr>
            <w:r>
              <w:rPr>
                <w:rFonts w:ascii="Helvetica" w:eastAsia="Helvetica" w:hAnsi="Helvetica" w:cs="Arial"/>
                <w:b/>
                <w:bCs/>
                <w:color w:val="2E7D32"/>
                <w:szCs w:val="21"/>
                <w:lang w:val="cy-GB"/>
              </w:rPr>
              <w:t>Syniadau i'w harchwilio</w:t>
            </w:r>
          </w:p>
          <w:p w14:paraId="6AE86ED7"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Archwiliwch yrfaoedd.</w:t>
            </w:r>
          </w:p>
          <w:p w14:paraId="71F11F18"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Datryswch broblemau yn y gweithle.</w:t>
            </w:r>
          </w:p>
          <w:p w14:paraId="4A42D8A0"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Datblygwch sgiliau.</w:t>
            </w:r>
          </w:p>
          <w:p w14:paraId="017D442D"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Cynhwyswch ddewisiadau sy'n llunio'r daith.</w:t>
            </w:r>
          </w:p>
        </w:tc>
      </w:tr>
    </w:tbl>
    <w:p w14:paraId="35F8882E" w14:textId="77777777" w:rsidR="00567AA3" w:rsidRPr="0089220E" w:rsidRDefault="00567AA3">
      <w:pPr>
        <w:rPr>
          <w:rFonts w:ascii="Helvetica" w:hAnsi="Helvetica"/>
        </w:rPr>
      </w:pPr>
    </w:p>
    <w:p w14:paraId="1A8D25CE" w14:textId="77777777" w:rsidR="00567AA3" w:rsidRPr="0089220E" w:rsidRDefault="00D67D08">
      <w:pPr>
        <w:rPr>
          <w:rFonts w:ascii="Helvetica" w:hAnsi="Helvetica"/>
        </w:rPr>
      </w:pPr>
      <w:r w:rsidRPr="0089220E">
        <w:rPr>
          <w:rFonts w:ascii="Helvetica" w:hAnsi="Helvetica"/>
        </w:rPr>
        <w:br w:type="page"/>
      </w:r>
    </w:p>
    <w:tbl>
      <w:tblPr>
        <w:tblW w:w="0" w:type="auto"/>
        <w:jc w:val="center"/>
        <w:tblLook w:val="04A0" w:firstRow="1" w:lastRow="0" w:firstColumn="1" w:lastColumn="0" w:noHBand="0" w:noVBand="1"/>
      </w:tblPr>
      <w:tblGrid>
        <w:gridCol w:w="4968"/>
        <w:gridCol w:w="4968"/>
      </w:tblGrid>
      <w:tr w:rsidR="00A44D6C" w14:paraId="25EB1920" w14:textId="77777777" w:rsidTr="00831310">
        <w:trPr>
          <w:jc w:val="center"/>
        </w:trPr>
        <w:tc>
          <w:tcPr>
            <w:tcW w:w="4968" w:type="dxa"/>
            <w:shd w:val="clear" w:color="auto" w:fill="00B050"/>
            <w:tcMar>
              <w:top w:w="160" w:type="dxa"/>
              <w:left w:w="160" w:type="dxa"/>
              <w:bottom w:w="160" w:type="dxa"/>
              <w:right w:w="160" w:type="dxa"/>
            </w:tcMar>
          </w:tcPr>
          <w:p w14:paraId="33F00230" w14:textId="056D4C14" w:rsidR="00567AA3" w:rsidRPr="0089220E" w:rsidRDefault="00567AA3">
            <w:pPr>
              <w:jc w:val="center"/>
              <w:rPr>
                <w:rFonts w:ascii="Helvetica" w:hAnsi="Helvetica"/>
              </w:rPr>
            </w:pPr>
          </w:p>
        </w:tc>
        <w:tc>
          <w:tcPr>
            <w:tcW w:w="4968" w:type="dxa"/>
            <w:tcMar>
              <w:top w:w="140" w:type="dxa"/>
              <w:left w:w="140" w:type="dxa"/>
              <w:bottom w:w="140" w:type="dxa"/>
              <w:right w:w="140" w:type="dxa"/>
            </w:tcMar>
          </w:tcPr>
          <w:p w14:paraId="1990C7AD" w14:textId="77777777" w:rsidR="00567AA3" w:rsidRPr="0089220E" w:rsidRDefault="00D67D08">
            <w:pPr>
              <w:rPr>
                <w:rFonts w:ascii="Helvetica" w:hAnsi="Helvetica"/>
                <w:color w:val="00B050"/>
              </w:rPr>
            </w:pPr>
            <w:r>
              <w:rPr>
                <w:rFonts w:ascii="Helvetica" w:eastAsia="Helvetica" w:hAnsi="Helvetica" w:cs="Arial"/>
                <w:b/>
                <w:bCs/>
                <w:color w:val="00B050"/>
                <w:sz w:val="42"/>
                <w:szCs w:val="42"/>
                <w:lang w:val="cy-GB"/>
              </w:rPr>
              <w:t>Wild Connect</w:t>
            </w:r>
          </w:p>
          <w:p w14:paraId="62490253" w14:textId="77777777" w:rsidR="00567AA3" w:rsidRPr="0089220E" w:rsidRDefault="00D67D08">
            <w:pPr>
              <w:rPr>
                <w:rFonts w:ascii="Helvetica" w:hAnsi="Helvetica"/>
              </w:rPr>
            </w:pPr>
            <w:r>
              <w:rPr>
                <w:rFonts w:ascii="Helvetica" w:eastAsia="Helvetica" w:hAnsi="Helvetica" w:cs="Arial"/>
                <w:sz w:val="20"/>
                <w:szCs w:val="20"/>
                <w:lang w:val="cy-GB"/>
              </w:rPr>
              <w:t>Cysylltu technoleg â'r byd naturiol</w:t>
            </w:r>
          </w:p>
        </w:tc>
      </w:tr>
    </w:tbl>
    <w:p w14:paraId="472F947A"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9910"/>
      </w:tblGrid>
      <w:tr w:rsidR="00A44D6C" w14:paraId="1861CF1E" w14:textId="77777777">
        <w:trPr>
          <w:jc w:val="center"/>
        </w:trPr>
        <w:tc>
          <w:tcPr>
            <w:tcW w:w="9936" w:type="dxa"/>
            <w:tcBorders>
              <w:top w:val="single" w:sz="10" w:space="0" w:color="3A7D44"/>
              <w:left w:val="single" w:sz="10" w:space="0" w:color="3A7D44"/>
              <w:bottom w:val="single" w:sz="10" w:space="0" w:color="3A7D44"/>
              <w:right w:val="single" w:sz="10" w:space="0" w:color="3A7D44"/>
            </w:tcBorders>
            <w:tcMar>
              <w:top w:w="190" w:type="dxa"/>
              <w:left w:w="190" w:type="dxa"/>
              <w:bottom w:w="190" w:type="dxa"/>
              <w:right w:w="190" w:type="dxa"/>
            </w:tcMar>
          </w:tcPr>
          <w:p w14:paraId="075FDA79" w14:textId="77777777" w:rsidR="00567AA3" w:rsidRPr="0089220E" w:rsidRDefault="00D67D08">
            <w:pPr>
              <w:rPr>
                <w:rFonts w:ascii="Helvetica" w:hAnsi="Helvetica"/>
                <w:color w:val="00B050"/>
              </w:rPr>
            </w:pPr>
            <w:r>
              <w:rPr>
                <w:rFonts w:ascii="Helvetica" w:eastAsia="Helvetica" w:hAnsi="Helvetica" w:cs="Arial"/>
                <w:b/>
                <w:bCs/>
                <w:color w:val="00B050"/>
                <w:sz w:val="32"/>
                <w:szCs w:val="32"/>
                <w:lang w:val="cy-GB"/>
              </w:rPr>
              <w:t>Technoleg Natur: darganfyddwch, olrheiniwch a amddiffynnwch fioamrywiaeth</w:t>
            </w:r>
          </w:p>
          <w:p w14:paraId="034D18BF" w14:textId="77777777" w:rsidR="00567AA3" w:rsidRPr="0089220E" w:rsidRDefault="00D67D08">
            <w:pPr>
              <w:rPr>
                <w:rFonts w:ascii="Helvetica" w:hAnsi="Helvetica"/>
              </w:rPr>
            </w:pPr>
            <w:r>
              <w:rPr>
                <w:rFonts w:ascii="Helvetica" w:eastAsia="Helvetica" w:hAnsi="Helvetica" w:cs="Arial"/>
                <w:szCs w:val="21"/>
                <w:lang w:val="cy-GB"/>
              </w:rPr>
              <w:t>Mae natur yn cynhyrchu data trwy synau, delweddau, DNA a symudiadau.</w:t>
            </w:r>
          </w:p>
          <w:p w14:paraId="3FBB011F" w14:textId="77777777" w:rsidR="00567AA3" w:rsidRPr="0089220E" w:rsidRDefault="00D67D08">
            <w:pPr>
              <w:rPr>
                <w:rFonts w:ascii="Helvetica" w:hAnsi="Helvetica"/>
                <w:color w:val="00B050"/>
              </w:rPr>
            </w:pPr>
            <w:r>
              <w:rPr>
                <w:rFonts w:ascii="Helvetica" w:eastAsia="Helvetica" w:hAnsi="Helvetica" w:cs="Arial"/>
                <w:b/>
                <w:bCs/>
                <w:color w:val="00B050"/>
                <w:szCs w:val="21"/>
                <w:lang w:val="cy-GB"/>
              </w:rPr>
              <w:t>Yr her</w:t>
            </w:r>
          </w:p>
          <w:p w14:paraId="0426E2C7" w14:textId="77777777" w:rsidR="00567AA3" w:rsidRPr="0089220E" w:rsidRDefault="00D67D08">
            <w:pPr>
              <w:rPr>
                <w:rFonts w:ascii="Helvetica" w:hAnsi="Helvetica"/>
              </w:rPr>
            </w:pPr>
            <w:r>
              <w:rPr>
                <w:rFonts w:ascii="Helvetica" w:eastAsia="Helvetica" w:hAnsi="Helvetica" w:cs="Arial"/>
                <w:szCs w:val="21"/>
                <w:lang w:val="cy-GB"/>
              </w:rPr>
              <w:t>Crëwch gêm neu gymhwysiad sy'n dangos sut y gall technoleg ddatgelu bywyd gwyllt, olrhain newidiadau neu amddiffyn bioamrywiaeth.</w:t>
            </w:r>
          </w:p>
          <w:p w14:paraId="62D68E9C" w14:textId="77777777" w:rsidR="00567AA3" w:rsidRPr="0089220E" w:rsidRDefault="00D67D08">
            <w:pPr>
              <w:rPr>
                <w:rFonts w:ascii="Helvetica" w:hAnsi="Helvetica"/>
                <w:color w:val="00B050"/>
              </w:rPr>
            </w:pPr>
            <w:r>
              <w:rPr>
                <w:rFonts w:ascii="Helvetica" w:eastAsia="Helvetica" w:hAnsi="Helvetica" w:cs="Arial"/>
                <w:b/>
                <w:bCs/>
                <w:color w:val="00B050"/>
                <w:szCs w:val="21"/>
                <w:lang w:val="cy-GB"/>
              </w:rPr>
              <w:t>Syniadau i'w harchwilio</w:t>
            </w:r>
          </w:p>
          <w:p w14:paraId="5C29D7DA"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Defnyddiwch feicroffonau, trapiau camera neu dagiau GPS.</w:t>
            </w:r>
          </w:p>
          <w:p w14:paraId="4C4AB696"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Archwiliwch loerennau, dronau neu ddeallusrwydd artiffisial.</w:t>
            </w:r>
          </w:p>
          <w:p w14:paraId="694B8403"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Lluniwch brosiect gweithredol â stori eglur.</w:t>
            </w:r>
          </w:p>
          <w:p w14:paraId="11145A08" w14:textId="77777777" w:rsidR="00567AA3" w:rsidRPr="0089220E" w:rsidRDefault="00D67D08">
            <w:pPr>
              <w:spacing w:after="40"/>
              <w:ind w:left="259" w:hanging="216"/>
              <w:rPr>
                <w:rFonts w:ascii="Helvetica" w:hAnsi="Helvetica"/>
              </w:rPr>
            </w:pPr>
            <w:r>
              <w:rPr>
                <w:rFonts w:ascii="Helvetica" w:eastAsia="Helvetica" w:hAnsi="Helvetica" w:cs="Arial"/>
                <w:b/>
                <w:bCs/>
                <w:szCs w:val="21"/>
                <w:lang w:val="cy-GB"/>
              </w:rPr>
              <w:t xml:space="preserve">• </w:t>
            </w:r>
            <w:r>
              <w:rPr>
                <w:rFonts w:ascii="Helvetica" w:eastAsia="Helvetica" w:hAnsi="Helvetica" w:cs="Arial"/>
                <w:szCs w:val="21"/>
                <w:lang w:val="cy-GB"/>
              </w:rPr>
              <w:t>Cysylltwch dechnoleg â'r byd naturiol.</w:t>
            </w:r>
          </w:p>
          <w:p w14:paraId="54CEB0CF" w14:textId="77777777" w:rsidR="00567AA3" w:rsidRPr="0089220E" w:rsidRDefault="00D67D08">
            <w:pPr>
              <w:rPr>
                <w:rFonts w:ascii="Helvetica" w:hAnsi="Helvetica"/>
              </w:rPr>
            </w:pPr>
            <w:r>
              <w:rPr>
                <w:rFonts w:ascii="Helvetica" w:eastAsia="Helvetica" w:hAnsi="Helvetica" w:cs="Arial"/>
                <w:i/>
                <w:iCs/>
                <w:sz w:val="18"/>
                <w:szCs w:val="18"/>
                <w:lang w:val="cy-GB"/>
              </w:rPr>
              <w:t>Blaenoriaethwch ddatrysiad gweithredol, neges eglur a defnydd ystyriol o dechnoleg.</w:t>
            </w:r>
          </w:p>
        </w:tc>
      </w:tr>
    </w:tbl>
    <w:p w14:paraId="7B53642C" w14:textId="77777777" w:rsidR="00567AA3" w:rsidRPr="0089220E" w:rsidRDefault="00567AA3">
      <w:pPr>
        <w:rPr>
          <w:rFonts w:ascii="Helvetica" w:hAnsi="Helvetica"/>
        </w:rPr>
      </w:pPr>
    </w:p>
    <w:tbl>
      <w:tblPr>
        <w:tblW w:w="0" w:type="auto"/>
        <w:jc w:val="center"/>
        <w:tblLook w:val="04A0" w:firstRow="1" w:lastRow="0" w:firstColumn="1" w:lastColumn="0" w:noHBand="0" w:noVBand="1"/>
      </w:tblPr>
      <w:tblGrid>
        <w:gridCol w:w="4968"/>
        <w:gridCol w:w="4968"/>
      </w:tblGrid>
      <w:tr w:rsidR="0036019C" w14:paraId="0F4F6FCF" w14:textId="77777777" w:rsidTr="004D42D8">
        <w:trPr>
          <w:jc w:val="center"/>
        </w:trPr>
        <w:tc>
          <w:tcPr>
            <w:tcW w:w="4968" w:type="dxa"/>
            <w:shd w:val="clear" w:color="auto" w:fill="000000" w:themeFill="text1"/>
            <w:tcMar>
              <w:top w:w="160" w:type="dxa"/>
              <w:left w:w="160" w:type="dxa"/>
              <w:bottom w:w="160" w:type="dxa"/>
              <w:right w:w="160" w:type="dxa"/>
            </w:tcMar>
          </w:tcPr>
          <w:p w14:paraId="6CF25B99" w14:textId="77777777" w:rsidR="0036019C" w:rsidRPr="00283B01" w:rsidRDefault="0036019C" w:rsidP="004D42D8">
            <w:pPr>
              <w:jc w:val="center"/>
              <w:rPr>
                <w:rFonts w:ascii="Helvetica" w:hAnsi="Helvetica"/>
              </w:rPr>
            </w:pPr>
          </w:p>
        </w:tc>
        <w:tc>
          <w:tcPr>
            <w:tcW w:w="4968" w:type="dxa"/>
            <w:tcMar>
              <w:top w:w="140" w:type="dxa"/>
              <w:left w:w="140" w:type="dxa"/>
              <w:bottom w:w="140" w:type="dxa"/>
              <w:right w:w="140" w:type="dxa"/>
            </w:tcMar>
          </w:tcPr>
          <w:p w14:paraId="28B0FA04" w14:textId="77777777" w:rsidR="0036019C" w:rsidRPr="00283B01" w:rsidRDefault="0036019C" w:rsidP="004D42D8">
            <w:pPr>
              <w:rPr>
                <w:rFonts w:ascii="Helvetica" w:hAnsi="Helvetica"/>
                <w:color w:val="000000" w:themeColor="text1"/>
              </w:rPr>
            </w:pPr>
            <w:r>
              <w:rPr>
                <w:rFonts w:ascii="Helvetica" w:eastAsia="Helvetica" w:hAnsi="Helvetica" w:cs="Arial"/>
                <w:b/>
                <w:bCs/>
                <w:color w:val="000000"/>
                <w:sz w:val="42"/>
                <w:szCs w:val="42"/>
                <w:lang w:val="cy-GB"/>
              </w:rPr>
              <w:t xml:space="preserve">Y Fyddin </w:t>
            </w:r>
          </w:p>
          <w:p w14:paraId="287421A1" w14:textId="77777777" w:rsidR="0036019C" w:rsidRPr="00283B01" w:rsidRDefault="0036019C" w:rsidP="004D42D8">
            <w:pPr>
              <w:rPr>
                <w:rFonts w:ascii="Helvetica" w:hAnsi="Helvetica"/>
                <w:sz w:val="20"/>
                <w:szCs w:val="20"/>
              </w:rPr>
            </w:pPr>
            <w:r>
              <w:rPr>
                <w:rFonts w:ascii="Helvetica" w:eastAsia="Helvetica" w:hAnsi="Helvetica" w:cs="Arial"/>
                <w:sz w:val="20"/>
                <w:szCs w:val="20"/>
                <w:lang w:val="cy-GB"/>
              </w:rPr>
              <w:t>Yn diogelu'r Deyrnas Unedig a'i helpu i ffynnu drwy ymladd ac ennill ein brwydrau o'r tir.</w:t>
            </w:r>
          </w:p>
          <w:p w14:paraId="0A3ADD7B" w14:textId="77777777" w:rsidR="0036019C" w:rsidRPr="00283B01" w:rsidRDefault="0036019C" w:rsidP="004D42D8">
            <w:pPr>
              <w:rPr>
                <w:rFonts w:ascii="Helvetica" w:hAnsi="Helvetica"/>
              </w:rPr>
            </w:pPr>
          </w:p>
        </w:tc>
      </w:tr>
    </w:tbl>
    <w:p w14:paraId="75810D8C" w14:textId="77777777" w:rsidR="0036019C" w:rsidRPr="00283B01" w:rsidRDefault="0036019C" w:rsidP="0036019C">
      <w:pPr>
        <w:rPr>
          <w:rFonts w:ascii="Helvetica" w:hAnsi="Helvetic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6"/>
      </w:tblGrid>
      <w:tr w:rsidR="0036019C" w14:paraId="7D9458CB" w14:textId="77777777" w:rsidTr="004D42D8">
        <w:trPr>
          <w:jc w:val="center"/>
        </w:trPr>
        <w:tc>
          <w:tcPr>
            <w:tcW w:w="9936" w:type="dxa"/>
            <w:tcMar>
              <w:top w:w="190" w:type="dxa"/>
              <w:left w:w="190" w:type="dxa"/>
              <w:bottom w:w="190" w:type="dxa"/>
              <w:right w:w="190" w:type="dxa"/>
            </w:tcMar>
          </w:tcPr>
          <w:p w14:paraId="72F19A49" w14:textId="77777777" w:rsidR="0036019C" w:rsidRPr="00283B01" w:rsidRDefault="0036019C" w:rsidP="004D42D8">
            <w:pPr>
              <w:rPr>
                <w:rFonts w:ascii="Helvetica" w:hAnsi="Helvetica"/>
                <w:color w:val="000000" w:themeColor="text1"/>
              </w:rPr>
            </w:pPr>
            <w:r>
              <w:rPr>
                <w:rFonts w:ascii="Helvetica" w:eastAsia="Helvetica" w:hAnsi="Helvetica" w:cs="Arial"/>
                <w:b/>
                <w:bCs/>
                <w:sz w:val="27"/>
                <w:szCs w:val="27"/>
                <w:lang w:val="cy-GB" w:eastAsia="en-GB"/>
              </w:rPr>
              <w:t xml:space="preserve">Ymgyrch SKY </w:t>
            </w:r>
            <w:proofErr w:type="spellStart"/>
            <w:r>
              <w:rPr>
                <w:rFonts w:ascii="Helvetica" w:eastAsia="Helvetica" w:hAnsi="Helvetica" w:cs="Arial"/>
                <w:b/>
                <w:bCs/>
                <w:sz w:val="27"/>
                <w:szCs w:val="27"/>
                <w:lang w:val="cy-GB" w:eastAsia="en-GB"/>
              </w:rPr>
              <w:t>Dragon</w:t>
            </w:r>
            <w:proofErr w:type="spellEnd"/>
            <w:r>
              <w:rPr>
                <w:rFonts w:ascii="Helvetica" w:eastAsia="Helvetica" w:hAnsi="Helvetica" w:cs="Arial"/>
                <w:b/>
                <w:bCs/>
                <w:sz w:val="27"/>
                <w:szCs w:val="27"/>
                <w:lang w:val="cy-GB" w:eastAsia="en-GB"/>
              </w:rPr>
              <w:t xml:space="preserve"> </w:t>
            </w:r>
            <w:proofErr w:type="spellStart"/>
            <w:r>
              <w:rPr>
                <w:rFonts w:ascii="Helvetica" w:eastAsia="Helvetica" w:hAnsi="Helvetica" w:cs="Arial"/>
                <w:b/>
                <w:bCs/>
                <w:sz w:val="27"/>
                <w:szCs w:val="27"/>
                <w:lang w:val="cy-GB" w:eastAsia="en-GB"/>
              </w:rPr>
              <w:t>Army</w:t>
            </w:r>
            <w:proofErr w:type="spellEnd"/>
            <w:r>
              <w:rPr>
                <w:rFonts w:ascii="Helvetica" w:eastAsia="Helvetica" w:hAnsi="Helvetica" w:cs="Arial"/>
                <w:b/>
                <w:bCs/>
                <w:sz w:val="27"/>
                <w:szCs w:val="27"/>
                <w:lang w:val="cy-GB" w:eastAsia="en-GB"/>
              </w:rPr>
              <w:t xml:space="preserve"> </w:t>
            </w:r>
          </w:p>
          <w:p w14:paraId="39B8C80C" w14:textId="77777777" w:rsidR="0036019C" w:rsidRPr="00283B01" w:rsidRDefault="0036019C" w:rsidP="004D42D8">
            <w:pPr>
              <w:rPr>
                <w:rFonts w:ascii="Helvetica" w:hAnsi="Helvetica"/>
                <w:color w:val="000000" w:themeColor="text1"/>
                <w:szCs w:val="21"/>
              </w:rPr>
            </w:pPr>
            <w:r>
              <w:rPr>
                <w:rFonts w:ascii="Helvetica" w:eastAsia="Helvetica" w:hAnsi="Helvetica" w:cs="Arial"/>
                <w:b/>
                <w:bCs/>
                <w:color w:val="000000"/>
                <w:szCs w:val="21"/>
                <w:lang w:val="cy-GB"/>
              </w:rPr>
              <w:t>Yr her</w:t>
            </w:r>
            <w:r>
              <w:rPr>
                <w:rFonts w:ascii="Helvetica" w:eastAsia="Helvetica" w:hAnsi="Helvetica" w:cs="Arial"/>
                <w:b/>
                <w:bCs/>
                <w:color w:val="000000"/>
                <w:szCs w:val="21"/>
                <w:lang w:val="cy-GB"/>
              </w:rPr>
              <w:br/>
            </w:r>
            <w:r>
              <w:rPr>
                <w:rFonts w:ascii="Helvetica" w:eastAsia="Helvetica" w:hAnsi="Helvetica" w:cs="Arial"/>
                <w:b/>
                <w:bCs/>
                <w:color w:val="000000"/>
                <w:szCs w:val="21"/>
                <w:lang w:val="cy-GB"/>
              </w:rPr>
              <w:br/>
            </w:r>
            <w:r>
              <w:rPr>
                <w:rFonts w:ascii="Helvetica" w:eastAsia="Helvetica" w:hAnsi="Helvetica" w:cs="Arial"/>
                <w:szCs w:val="21"/>
                <w:lang w:val="cy-GB"/>
              </w:rPr>
              <w:t xml:space="preserve">Bydd eich Ysgol yn cynnal (uwchgynhadledd Heddwch amlwg) y mis nesaf, a bydd y canlynol yn mynychu: </w:t>
            </w:r>
          </w:p>
          <w:p w14:paraId="00DF52FF" w14:textId="77777777" w:rsidR="0036019C" w:rsidRPr="00283B01" w:rsidRDefault="0036019C" w:rsidP="0036019C">
            <w:pPr>
              <w:pStyle w:val="ListParagraph"/>
              <w:numPr>
                <w:ilvl w:val="0"/>
                <w:numId w:val="18"/>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 xml:space="preserve">Arlywydd yr Unol Daleithiau </w:t>
            </w:r>
          </w:p>
          <w:p w14:paraId="127FC3ED" w14:textId="77777777" w:rsidR="0036019C" w:rsidRPr="00283B01" w:rsidRDefault="0036019C" w:rsidP="0036019C">
            <w:pPr>
              <w:pStyle w:val="ListParagraph"/>
              <w:numPr>
                <w:ilvl w:val="0"/>
                <w:numId w:val="18"/>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 xml:space="preserve">Brenin Lloegr </w:t>
            </w:r>
          </w:p>
          <w:p w14:paraId="4A8C12EC" w14:textId="77777777" w:rsidR="0036019C" w:rsidRPr="00283B01" w:rsidRDefault="0036019C" w:rsidP="0036019C">
            <w:pPr>
              <w:pStyle w:val="ListParagraph"/>
              <w:numPr>
                <w:ilvl w:val="0"/>
                <w:numId w:val="18"/>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 xml:space="preserve">Arlywydd Norwy </w:t>
            </w:r>
          </w:p>
          <w:p w14:paraId="7ABEB312" w14:textId="77777777" w:rsidR="0036019C" w:rsidRPr="00283B01" w:rsidRDefault="0036019C" w:rsidP="0036019C">
            <w:pPr>
              <w:pStyle w:val="ListParagraph"/>
              <w:numPr>
                <w:ilvl w:val="0"/>
                <w:numId w:val="18"/>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 xml:space="preserve">Brenhines Ffrainc </w:t>
            </w:r>
          </w:p>
          <w:p w14:paraId="00E8BF11" w14:textId="77777777" w:rsidR="0036019C" w:rsidRPr="00283B01" w:rsidRDefault="0036019C" w:rsidP="0036019C">
            <w:pPr>
              <w:pStyle w:val="ListParagraph"/>
              <w:numPr>
                <w:ilvl w:val="0"/>
                <w:numId w:val="18"/>
              </w:numPr>
              <w:spacing w:before="100" w:beforeAutospacing="1" w:afterAutospacing="1" w:line="300" w:lineRule="atLeast"/>
              <w:rPr>
                <w:rFonts w:ascii="Helvetica" w:eastAsia="Times New Roman" w:hAnsi="Helvetica" w:cs="Arial"/>
                <w:b/>
                <w:bCs/>
                <w:szCs w:val="21"/>
                <w:lang w:eastAsia="en-GB"/>
              </w:rPr>
            </w:pPr>
            <w:r>
              <w:rPr>
                <w:rFonts w:ascii="Helvetica" w:eastAsia="Helvetica" w:hAnsi="Helvetica" w:cs="Arial"/>
                <w:b/>
                <w:bCs/>
                <w:szCs w:val="21"/>
                <w:lang w:val="cy-GB" w:eastAsia="en-GB"/>
              </w:rPr>
              <w:t xml:space="preserve">Brenin Saudi Arabia </w:t>
            </w:r>
          </w:p>
          <w:p w14:paraId="7BF696A9"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 xml:space="preserve">Un diwrnod cyn i'r uwchgynhadledd ddechrau: </w:t>
            </w:r>
            <w:r>
              <w:rPr>
                <w:rFonts w:ascii="Helvetica" w:eastAsia="Helvetica" w:hAnsi="Helvetica" w:cs="Arial"/>
                <w:szCs w:val="21"/>
                <w:lang w:val="cy-GB" w:eastAsia="en-GB"/>
              </w:rPr>
              <w:t xml:space="preserve">Mae grym gelyniaethus wedi tarfu ar rwydwaith cludiant cenedlaethol y DU drwy ddefnyddio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awtonomaidd amheus i ymyrryd â chofrestru </w:t>
            </w:r>
            <w:r>
              <w:rPr>
                <w:rFonts w:ascii="Helvetica" w:eastAsia="Helvetica" w:hAnsi="Helvetica" w:cs="Arial"/>
                <w:szCs w:val="21"/>
                <w:lang w:val="cy-GB" w:eastAsia="en-GB"/>
              </w:rPr>
              <w:lastRenderedPageBreak/>
              <w:t xml:space="preserve">cerbydau, cronfeydd data trwyddedu, a seilwaith ffyrdd hanfodol.  Mae hyn wedi tarfu ar yr uwchgynhadledd Heddwch, ond ni ellir ei chanslo. </w:t>
            </w:r>
          </w:p>
          <w:p w14:paraId="3DFEC709"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Yn eich ysgol, ceir Canolfan Cyd-weithrediadau </w:t>
            </w:r>
            <w:proofErr w:type="spellStart"/>
            <w:r>
              <w:rPr>
                <w:rFonts w:ascii="Helvetica" w:eastAsia="Helvetica" w:hAnsi="Helvetica" w:cs="Arial"/>
                <w:szCs w:val="21"/>
                <w:lang w:val="cy-GB" w:eastAsia="en-GB"/>
              </w:rPr>
              <w:t>Seiber</w:t>
            </w:r>
            <w:proofErr w:type="spellEnd"/>
            <w:r>
              <w:rPr>
                <w:rFonts w:ascii="Helvetica" w:eastAsia="Helvetica" w:hAnsi="Helvetica" w:cs="Arial"/>
                <w:szCs w:val="21"/>
                <w:lang w:val="cy-GB" w:eastAsia="en-GB"/>
              </w:rPr>
              <w:t xml:space="preserve">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(JCDOC), a’ch tîm chi yw Catrawd Amddiffyn </w:t>
            </w:r>
            <w:proofErr w:type="spellStart"/>
            <w:r>
              <w:rPr>
                <w:rFonts w:ascii="Helvetica" w:eastAsia="Helvetica" w:hAnsi="Helvetica" w:cs="Arial"/>
                <w:szCs w:val="21"/>
                <w:lang w:val="cy-GB" w:eastAsia="en-GB"/>
              </w:rPr>
              <w:t>Seiber</w:t>
            </w:r>
            <w:proofErr w:type="spellEnd"/>
            <w:r>
              <w:rPr>
                <w:rFonts w:ascii="Helvetica" w:eastAsia="Helvetica" w:hAnsi="Helvetica" w:cs="Arial"/>
                <w:szCs w:val="21"/>
                <w:lang w:val="cy-GB" w:eastAsia="en-GB"/>
              </w:rPr>
              <w:t xml:space="preserve"> y Fyddin sy'n cynorthwyo’r JCDOC.</w:t>
            </w:r>
          </w:p>
          <w:p w14:paraId="72266A06"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Gofynnwyd i’ch tîm wneud y canlynol:</w:t>
            </w:r>
          </w:p>
          <w:p w14:paraId="46BE6C81"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Canfod, olrhain, nodi a niwtraleiddio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gelyniaethus gan amddiffyn seilwaith digidol cenedlaethol.</w:t>
            </w:r>
          </w:p>
          <w:p w14:paraId="12556250" w14:textId="77777777" w:rsidR="0036019C" w:rsidRPr="00283B01" w:rsidRDefault="0036019C" w:rsidP="004D42D8">
            <w:pPr>
              <w:spacing w:before="100" w:beforeAutospacing="1" w:afterAutospacing="1" w:line="300" w:lineRule="atLeast"/>
              <w:rPr>
                <w:rFonts w:ascii="Helvetica" w:eastAsia="Times New Roman" w:hAnsi="Helvetica" w:cs="Arial"/>
                <w:b/>
                <w:bCs/>
                <w:szCs w:val="21"/>
                <w:lang w:eastAsia="en-GB"/>
              </w:rPr>
            </w:pPr>
            <w:r>
              <w:rPr>
                <w:rFonts w:ascii="Helvetica" w:eastAsia="Helvetica" w:hAnsi="Helvetica" w:cs="Arial"/>
                <w:b/>
                <w:bCs/>
                <w:szCs w:val="21"/>
                <w:lang w:val="cy-GB" w:eastAsia="en-GB"/>
              </w:rPr>
              <w:t xml:space="preserve">RHAID </w:t>
            </w:r>
            <w:r>
              <w:rPr>
                <w:rFonts w:ascii="Helvetica" w:eastAsia="Helvetica" w:hAnsi="Helvetica" w:cs="Arial"/>
                <w:szCs w:val="21"/>
                <w:lang w:val="cy-GB" w:eastAsia="en-GB"/>
              </w:rPr>
              <w:t>i bob gêm</w:t>
            </w:r>
            <w:r>
              <w:rPr>
                <w:rFonts w:ascii="Helvetica" w:eastAsia="Helvetica" w:hAnsi="Helvetica" w:cs="Arial"/>
                <w:b/>
                <w:bCs/>
                <w:szCs w:val="21"/>
                <w:lang w:val="cy-GB" w:eastAsia="en-GB"/>
              </w:rPr>
              <w:t xml:space="preserve"> gynnwys: </w:t>
            </w:r>
          </w:p>
          <w:p w14:paraId="70A95B8B" w14:textId="77777777" w:rsidR="0036019C" w:rsidRPr="00283B01" w:rsidRDefault="0036019C" w:rsidP="004D42D8">
            <w:pPr>
              <w:spacing w:before="100" w:beforeAutospacing="1" w:afterAutospacing="1" w:line="300" w:lineRule="atLeast"/>
              <w:outlineLvl w:val="2"/>
              <w:rPr>
                <w:rFonts w:ascii="Helvetica" w:eastAsia="Times New Roman" w:hAnsi="Helvetica" w:cs="Arial"/>
                <w:b/>
                <w:bCs/>
                <w:szCs w:val="21"/>
                <w:lang w:eastAsia="en-GB"/>
              </w:rPr>
            </w:pPr>
            <w:r>
              <w:rPr>
                <w:rFonts w:ascii="Helvetica" w:eastAsia="Helvetica" w:hAnsi="Helvetica" w:cs="Arial"/>
                <w:b/>
                <w:bCs/>
                <w:szCs w:val="21"/>
                <w:lang w:val="cy-GB" w:eastAsia="en-GB"/>
              </w:rPr>
              <w:t xml:space="preserve">1 – Amddiffyniad Rhag </w:t>
            </w:r>
            <w:proofErr w:type="spellStart"/>
            <w:r>
              <w:rPr>
                <w:rFonts w:ascii="Helvetica" w:eastAsia="Helvetica" w:hAnsi="Helvetica" w:cs="Arial"/>
                <w:b/>
                <w:bCs/>
                <w:szCs w:val="21"/>
                <w:lang w:val="cy-GB" w:eastAsia="en-GB"/>
              </w:rPr>
              <w:t>Dronau</w:t>
            </w:r>
            <w:proofErr w:type="spellEnd"/>
            <w:r>
              <w:rPr>
                <w:rFonts w:ascii="Helvetica" w:eastAsia="Helvetica" w:hAnsi="Helvetica" w:cs="Arial"/>
                <w:b/>
                <w:bCs/>
                <w:szCs w:val="21"/>
                <w:lang w:val="cy-GB" w:eastAsia="en-GB"/>
              </w:rPr>
              <w:t xml:space="preserve"> - </w:t>
            </w:r>
            <w:r>
              <w:rPr>
                <w:rFonts w:ascii="Helvetica" w:eastAsia="Helvetica" w:hAnsi="Helvetica" w:cs="Arial"/>
                <w:szCs w:val="21"/>
                <w:lang w:val="cy-GB" w:eastAsia="en-GB"/>
              </w:rPr>
              <w:t xml:space="preserve">Mae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gelyniaethus yn agosáu at leoliad eich ysgol (Uwchgynhadledd Heddwch).</w:t>
            </w:r>
          </w:p>
          <w:p w14:paraId="2C29E473"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Dylai timau ddatblygu cod sy'n:</w:t>
            </w:r>
          </w:p>
          <w:p w14:paraId="5E2DDA7B" w14:textId="77777777" w:rsidR="0036019C" w:rsidRPr="00283B01" w:rsidRDefault="0036019C" w:rsidP="0036019C">
            <w:pPr>
              <w:numPr>
                <w:ilvl w:val="0"/>
                <w:numId w:val="12"/>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Dewis y drôn ymateb agosaf.</w:t>
            </w:r>
          </w:p>
          <w:p w14:paraId="20237E32" w14:textId="77777777" w:rsidR="0036019C" w:rsidRPr="00283B01" w:rsidRDefault="0036019C" w:rsidP="0036019C">
            <w:pPr>
              <w:numPr>
                <w:ilvl w:val="0"/>
                <w:numId w:val="12"/>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Neilltuo llwybrau rhyng-gipio.</w:t>
            </w:r>
          </w:p>
          <w:p w14:paraId="0CAD1205" w14:textId="77777777" w:rsidR="0036019C" w:rsidRPr="00283B01" w:rsidRDefault="0036019C" w:rsidP="0036019C">
            <w:pPr>
              <w:numPr>
                <w:ilvl w:val="0"/>
                <w:numId w:val="12"/>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Cyfrifo'r amser rhyng-gipio </w:t>
            </w:r>
            <w:proofErr w:type="spellStart"/>
            <w:r>
              <w:rPr>
                <w:rFonts w:ascii="Helvetica" w:eastAsia="Helvetica" w:hAnsi="Helvetica" w:cs="Arial"/>
                <w:szCs w:val="21"/>
                <w:lang w:val="cy-GB" w:eastAsia="en-GB"/>
              </w:rPr>
              <w:t>amcangyfrifedig</w:t>
            </w:r>
            <w:proofErr w:type="spellEnd"/>
            <w:r>
              <w:rPr>
                <w:rFonts w:ascii="Helvetica" w:eastAsia="Helvetica" w:hAnsi="Helvetica" w:cs="Arial"/>
                <w:szCs w:val="21"/>
                <w:lang w:val="cy-GB" w:eastAsia="en-GB"/>
              </w:rPr>
              <w:t>.</w:t>
            </w:r>
          </w:p>
          <w:p w14:paraId="6698F2BA"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Dyfernir pwyntiau bonws am atebion wedi'u hoptimeiddio.</w:t>
            </w:r>
          </w:p>
          <w:p w14:paraId="14A4AA28" w14:textId="77777777" w:rsidR="0036019C" w:rsidRPr="00283B01" w:rsidRDefault="0036019C" w:rsidP="004D42D8">
            <w:pPr>
              <w:spacing w:before="100" w:beforeAutospacing="1" w:afterAutospacing="1" w:line="300" w:lineRule="atLeast"/>
              <w:outlineLvl w:val="2"/>
              <w:rPr>
                <w:rFonts w:ascii="Helvetica" w:eastAsia="Times New Roman" w:hAnsi="Helvetica" w:cs="Arial"/>
                <w:b/>
                <w:bCs/>
                <w:szCs w:val="21"/>
                <w:lang w:eastAsia="en-GB"/>
              </w:rPr>
            </w:pPr>
            <w:r>
              <w:rPr>
                <w:rFonts w:ascii="Helvetica" w:eastAsia="Helvetica" w:hAnsi="Helvetica" w:cs="Arial"/>
                <w:b/>
                <w:bCs/>
                <w:szCs w:val="21"/>
                <w:lang w:val="cy-GB" w:eastAsia="en-GB"/>
              </w:rPr>
              <w:t xml:space="preserve">2 - Brwydr Derfynol - Bydd timau'n rheoli haid o </w:t>
            </w:r>
            <w:proofErr w:type="spellStart"/>
            <w:r>
              <w:rPr>
                <w:rFonts w:ascii="Helvetica" w:eastAsia="Helvetica" w:hAnsi="Helvetica" w:cs="Arial"/>
                <w:b/>
                <w:bCs/>
                <w:szCs w:val="21"/>
                <w:lang w:val="cy-GB" w:eastAsia="en-GB"/>
              </w:rPr>
              <w:t>ddronau</w:t>
            </w:r>
            <w:proofErr w:type="spellEnd"/>
            <w:r>
              <w:rPr>
                <w:rFonts w:ascii="Helvetica" w:eastAsia="Helvetica" w:hAnsi="Helvetica" w:cs="Arial"/>
                <w:b/>
                <w:bCs/>
                <w:szCs w:val="21"/>
                <w:lang w:val="cy-GB" w:eastAsia="en-GB"/>
              </w:rPr>
              <w:t xml:space="preserve"> rhithiol.</w:t>
            </w:r>
          </w:p>
          <w:p w14:paraId="0C20792E"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Amcanion:</w:t>
            </w:r>
          </w:p>
          <w:p w14:paraId="54D59979" w14:textId="77777777" w:rsidR="0036019C" w:rsidRPr="00283B01" w:rsidRDefault="0036019C" w:rsidP="0036019C">
            <w:pPr>
              <w:numPr>
                <w:ilvl w:val="0"/>
                <w:numId w:val="22"/>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Amddiffyn y gweinydd Diogelwch yn yr ysgol (lleoliad yr uwchgynhadledd heddwch).</w:t>
            </w:r>
          </w:p>
          <w:p w14:paraId="216DA6E7" w14:textId="77777777" w:rsidR="0036019C" w:rsidRPr="00283B01" w:rsidRDefault="0036019C" w:rsidP="0036019C">
            <w:pPr>
              <w:numPr>
                <w:ilvl w:val="0"/>
                <w:numId w:val="22"/>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Hebrwng confoi sy'n cludo'r holl westeion pwysig iawn.</w:t>
            </w:r>
          </w:p>
          <w:p w14:paraId="06A8ADA2" w14:textId="77777777" w:rsidR="0036019C" w:rsidRPr="00283B01" w:rsidRDefault="0036019C" w:rsidP="0036019C">
            <w:pPr>
              <w:numPr>
                <w:ilvl w:val="0"/>
                <w:numId w:val="22"/>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Trechu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gelyniaethus os bydd angen. </w:t>
            </w:r>
          </w:p>
          <w:p w14:paraId="1019DECB"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Bydd pob her </w:t>
            </w:r>
            <w:proofErr w:type="spellStart"/>
            <w:r>
              <w:rPr>
                <w:rFonts w:ascii="Helvetica" w:eastAsia="Helvetica" w:hAnsi="Helvetica" w:cs="Arial"/>
                <w:szCs w:val="21"/>
                <w:lang w:val="cy-GB" w:eastAsia="en-GB"/>
              </w:rPr>
              <w:t>godio</w:t>
            </w:r>
            <w:proofErr w:type="spellEnd"/>
            <w:r>
              <w:rPr>
                <w:rFonts w:ascii="Helvetica" w:eastAsia="Helvetica" w:hAnsi="Helvetica" w:cs="Arial"/>
                <w:szCs w:val="21"/>
                <w:lang w:val="cy-GB" w:eastAsia="en-GB"/>
              </w:rPr>
              <w:t xml:space="preserve"> wedi'i chwblhau yn datgloi:</w:t>
            </w:r>
          </w:p>
          <w:p w14:paraId="4B84DB66" w14:textId="77777777" w:rsidR="0036019C" w:rsidRPr="00283B01" w:rsidRDefault="0036019C" w:rsidP="0036019C">
            <w:pPr>
              <w:numPr>
                <w:ilvl w:val="0"/>
                <w:numId w:val="19"/>
              </w:numPr>
              <w:spacing w:before="100" w:beforeAutospacing="1" w:afterAutospacing="1" w:line="300" w:lineRule="atLeast"/>
              <w:rPr>
                <w:rFonts w:ascii="Helvetica" w:eastAsia="Times New Roman" w:hAnsi="Helvetica" w:cs="Arial"/>
                <w:szCs w:val="21"/>
                <w:lang w:eastAsia="en-GB"/>
              </w:rPr>
            </w:pP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ychwanegol</w:t>
            </w:r>
          </w:p>
          <w:p w14:paraId="42E1C719" w14:textId="77777777" w:rsidR="0036019C" w:rsidRPr="00283B01" w:rsidRDefault="0036019C" w:rsidP="0036019C">
            <w:pPr>
              <w:numPr>
                <w:ilvl w:val="0"/>
                <w:numId w:val="19"/>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Uwchraddiadau i’r system radar</w:t>
            </w:r>
          </w:p>
          <w:p w14:paraId="6A9FEB43" w14:textId="77777777" w:rsidR="0036019C" w:rsidRPr="00283B01" w:rsidRDefault="0036019C" w:rsidP="0036019C">
            <w:pPr>
              <w:numPr>
                <w:ilvl w:val="0"/>
                <w:numId w:val="19"/>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Galluoedd </w:t>
            </w:r>
            <w:proofErr w:type="spellStart"/>
            <w:r>
              <w:rPr>
                <w:rFonts w:ascii="Helvetica" w:eastAsia="Helvetica" w:hAnsi="Helvetica" w:cs="Arial"/>
                <w:szCs w:val="21"/>
                <w:lang w:val="cy-GB" w:eastAsia="en-GB"/>
              </w:rPr>
              <w:t>seiber</w:t>
            </w:r>
            <w:proofErr w:type="spellEnd"/>
          </w:p>
          <w:p w14:paraId="141159BC" w14:textId="77777777" w:rsidR="0036019C" w:rsidRPr="00283B01" w:rsidRDefault="0036019C" w:rsidP="004D42D8">
            <w:pPr>
              <w:rPr>
                <w:rFonts w:ascii="Helvetica" w:hAnsi="Helvetica"/>
                <w:color w:val="000000" w:themeColor="text1"/>
                <w:szCs w:val="21"/>
              </w:rPr>
            </w:pPr>
            <w:r>
              <w:rPr>
                <w:rFonts w:ascii="Helvetica" w:eastAsia="Helvetica" w:hAnsi="Helvetica" w:cs="Arial"/>
                <w:b/>
                <w:bCs/>
                <w:color w:val="000000"/>
                <w:szCs w:val="21"/>
                <w:lang w:val="cy-GB"/>
              </w:rPr>
              <w:t xml:space="preserve">Yn dibynnu ar lefel eich addysg, dylech hefyd gynnwys: </w:t>
            </w:r>
          </w:p>
          <w:p w14:paraId="78AC4674" w14:textId="77777777" w:rsidR="0036019C" w:rsidRPr="00283B01" w:rsidRDefault="0036019C" w:rsidP="004D42D8">
            <w:pPr>
              <w:spacing w:before="100" w:beforeAutospacing="1" w:afterAutospacing="1" w:line="300" w:lineRule="atLeast"/>
              <w:outlineLvl w:val="2"/>
              <w:rPr>
                <w:rFonts w:ascii="Helvetica" w:eastAsia="Times New Roman" w:hAnsi="Helvetica" w:cs="Arial"/>
                <w:b/>
                <w:bCs/>
                <w:szCs w:val="21"/>
                <w:lang w:eastAsia="en-GB"/>
              </w:rPr>
            </w:pPr>
            <w:r>
              <w:rPr>
                <w:rFonts w:ascii="Helvetica" w:eastAsia="Helvetica" w:hAnsi="Helvetica" w:cs="Arial"/>
                <w:b/>
                <w:bCs/>
                <w:color w:val="000000"/>
                <w:szCs w:val="21"/>
                <w:lang w:val="cy-GB"/>
              </w:rPr>
              <w:t xml:space="preserve">Ysgol Gynradd - </w:t>
            </w:r>
            <w:r>
              <w:rPr>
                <w:rFonts w:ascii="Helvetica" w:eastAsia="Helvetica" w:hAnsi="Helvetica" w:cs="Arial"/>
                <w:b/>
                <w:bCs/>
                <w:szCs w:val="21"/>
                <w:lang w:val="cy-GB"/>
              </w:rPr>
              <w:t>Casglu Cudd-wybodaeth</w:t>
            </w:r>
            <w:r>
              <w:rPr>
                <w:rFonts w:ascii="Helvetica" w:eastAsia="Helvetica" w:hAnsi="Helvetica" w:cs="Arial"/>
                <w:b/>
                <w:bCs/>
                <w:szCs w:val="21"/>
                <w:lang w:val="cy-GB"/>
              </w:rPr>
              <w:br/>
            </w:r>
            <w:r>
              <w:rPr>
                <w:rFonts w:ascii="Helvetica" w:eastAsia="Helvetica" w:hAnsi="Helvetica" w:cs="Arial"/>
                <w:szCs w:val="21"/>
                <w:lang w:val="cy-GB"/>
              </w:rPr>
              <w:br/>
              <w:t>Rhaid i dimau ysgrifennu Her codio i:</w:t>
            </w:r>
          </w:p>
          <w:p w14:paraId="0417C316" w14:textId="77777777" w:rsidR="0036019C" w:rsidRPr="00283B01" w:rsidRDefault="0036019C" w:rsidP="0036019C">
            <w:pPr>
              <w:numPr>
                <w:ilvl w:val="0"/>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Dderbyn porthiannau telemetreg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w:t>
            </w:r>
          </w:p>
          <w:p w14:paraId="1EA3C8AF" w14:textId="77777777" w:rsidR="0036019C" w:rsidRPr="00283B01" w:rsidRDefault="0036019C" w:rsidP="0036019C">
            <w:pPr>
              <w:numPr>
                <w:ilvl w:val="0"/>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Tracio nifer o </w:t>
            </w:r>
            <w:proofErr w:type="spellStart"/>
            <w:r>
              <w:rPr>
                <w:rFonts w:ascii="Helvetica" w:eastAsia="Helvetica" w:hAnsi="Helvetica" w:cs="Arial"/>
                <w:szCs w:val="21"/>
                <w:lang w:val="cy-GB" w:eastAsia="en-GB"/>
              </w:rPr>
              <w:t>UAVs</w:t>
            </w:r>
            <w:proofErr w:type="spellEnd"/>
            <w:r>
              <w:rPr>
                <w:rFonts w:ascii="Helvetica" w:eastAsia="Helvetica" w:hAnsi="Helvetica" w:cs="Arial"/>
                <w:szCs w:val="21"/>
                <w:lang w:val="cy-GB" w:eastAsia="en-GB"/>
              </w:rPr>
              <w:t xml:space="preserve"> ar fap digidol.</w:t>
            </w:r>
          </w:p>
          <w:p w14:paraId="0C56A311" w14:textId="77777777" w:rsidR="0036019C" w:rsidRPr="00283B01" w:rsidRDefault="0036019C" w:rsidP="0036019C">
            <w:pPr>
              <w:numPr>
                <w:ilvl w:val="0"/>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Nodi patrymau hedfan amheus.</w:t>
            </w:r>
          </w:p>
          <w:p w14:paraId="72BA6D35" w14:textId="77777777" w:rsidR="0036019C" w:rsidRPr="00283B01" w:rsidRDefault="0036019C" w:rsidP="0036019C">
            <w:pPr>
              <w:numPr>
                <w:ilvl w:val="0"/>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lastRenderedPageBreak/>
              <w:t xml:space="preserve">Dosbarthu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fel rhai: </w:t>
            </w:r>
            <w:r>
              <w:rPr>
                <w:rFonts w:ascii="Helvetica" w:eastAsia="Helvetica" w:hAnsi="Helvetica" w:cs="Arial"/>
                <w:szCs w:val="21"/>
                <w:lang w:val="cy-GB" w:eastAsia="en-GB"/>
              </w:rPr>
              <w:br/>
            </w:r>
          </w:p>
          <w:p w14:paraId="74FC86A2" w14:textId="77777777" w:rsidR="0036019C" w:rsidRPr="00283B01" w:rsidRDefault="0036019C" w:rsidP="0036019C">
            <w:pPr>
              <w:numPr>
                <w:ilvl w:val="1"/>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Cyfeillgar</w:t>
            </w:r>
          </w:p>
          <w:p w14:paraId="16C5E2C6" w14:textId="77777777" w:rsidR="0036019C" w:rsidRPr="00283B01" w:rsidRDefault="0036019C" w:rsidP="0036019C">
            <w:pPr>
              <w:numPr>
                <w:ilvl w:val="1"/>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Anhysbys</w:t>
            </w:r>
          </w:p>
          <w:p w14:paraId="40998B63" w14:textId="77777777" w:rsidR="0036019C" w:rsidRPr="00283B01" w:rsidRDefault="0036019C" w:rsidP="0036019C">
            <w:pPr>
              <w:numPr>
                <w:ilvl w:val="1"/>
                <w:numId w:val="17"/>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Gelyniaethus</w:t>
            </w:r>
          </w:p>
          <w:p w14:paraId="5D853D6A"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Sgiliau Codio</w:t>
            </w:r>
          </w:p>
          <w:p w14:paraId="5B91ED4A" w14:textId="77777777" w:rsidR="0036019C" w:rsidRPr="00283B01" w:rsidRDefault="0036019C" w:rsidP="0036019C">
            <w:pPr>
              <w:numPr>
                <w:ilvl w:val="0"/>
                <w:numId w:val="2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Trin data</w:t>
            </w:r>
          </w:p>
          <w:p w14:paraId="08490B4D" w14:textId="77777777" w:rsidR="0036019C" w:rsidRPr="00283B01" w:rsidRDefault="0036019C" w:rsidP="0036019C">
            <w:pPr>
              <w:numPr>
                <w:ilvl w:val="0"/>
                <w:numId w:val="2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Araeau/rhestrau</w:t>
            </w:r>
          </w:p>
          <w:p w14:paraId="75432D29" w14:textId="77777777" w:rsidR="0036019C" w:rsidRPr="00283B01" w:rsidRDefault="0036019C" w:rsidP="0036019C">
            <w:pPr>
              <w:numPr>
                <w:ilvl w:val="0"/>
                <w:numId w:val="2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Rhesymeg ar sail amodau</w:t>
            </w:r>
          </w:p>
          <w:p w14:paraId="2D2873D5" w14:textId="77777777" w:rsidR="0036019C" w:rsidRPr="00283B01" w:rsidRDefault="0036019C" w:rsidP="0036019C">
            <w:pPr>
              <w:numPr>
                <w:ilvl w:val="0"/>
                <w:numId w:val="2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Cyfesurynnau mapio</w:t>
            </w:r>
          </w:p>
          <w:p w14:paraId="03F088A0" w14:textId="77777777" w:rsidR="0036019C" w:rsidRPr="00283B01" w:rsidRDefault="0036019C" w:rsidP="004D42D8">
            <w:pPr>
              <w:spacing w:before="100" w:beforeAutospacing="1" w:afterAutospacing="1" w:line="300" w:lineRule="atLeast"/>
              <w:outlineLvl w:val="2"/>
              <w:rPr>
                <w:rFonts w:ascii="Helvetica" w:eastAsia="Times New Roman" w:hAnsi="Helvetica" w:cs="Arial"/>
                <w:b/>
                <w:bCs/>
                <w:szCs w:val="21"/>
                <w:lang w:eastAsia="en-GB"/>
              </w:rPr>
            </w:pPr>
            <w:r>
              <w:rPr>
                <w:rFonts w:ascii="Helvetica" w:eastAsiaTheme="minorHAnsi" w:hAnsi="Helvetica" w:cs="Helvetica"/>
                <w:szCs w:val="21"/>
                <w:lang w:val="cy-GB"/>
              </w:rPr>
              <w:t xml:space="preserve">Ysgol Uwchradd - </w:t>
            </w:r>
            <w:r>
              <w:rPr>
                <w:rFonts w:ascii="Helvetica" w:eastAsiaTheme="minorHAnsi" w:hAnsi="Helvetica" w:cs="Helvetica"/>
                <w:b/>
                <w:bCs/>
                <w:szCs w:val="21"/>
                <w:lang w:val="cy-GB"/>
              </w:rPr>
              <w:t xml:space="preserve">Rhwydwaith Canfod </w:t>
            </w:r>
            <w:proofErr w:type="spellStart"/>
            <w:r>
              <w:rPr>
                <w:rFonts w:ascii="Helvetica" w:eastAsiaTheme="minorHAnsi" w:hAnsi="Helvetica" w:cs="Helvetica"/>
                <w:b/>
                <w:bCs/>
                <w:szCs w:val="21"/>
                <w:lang w:val="cy-GB"/>
              </w:rPr>
              <w:t>Dronau</w:t>
            </w:r>
            <w:proofErr w:type="spellEnd"/>
          </w:p>
          <w:p w14:paraId="3DB61839"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Dylai timau adeiladu algorithm sy'n:</w:t>
            </w:r>
          </w:p>
          <w:p w14:paraId="0DCC2218" w14:textId="77777777" w:rsidR="0036019C" w:rsidRPr="00283B01" w:rsidRDefault="0036019C" w:rsidP="0036019C">
            <w:pPr>
              <w:numPr>
                <w:ilvl w:val="0"/>
                <w:numId w:val="16"/>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Canfod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sy'n mynd i mewn i ofod awyr cyfyngedig.</w:t>
            </w:r>
          </w:p>
          <w:p w14:paraId="6B44AEF5" w14:textId="77777777" w:rsidR="0036019C" w:rsidRPr="00283B01" w:rsidRDefault="0036019C" w:rsidP="0036019C">
            <w:pPr>
              <w:numPr>
                <w:ilvl w:val="0"/>
                <w:numId w:val="16"/>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Cyfrifo pellter o seilwaith hanfodol.</w:t>
            </w:r>
          </w:p>
          <w:p w14:paraId="44F8EEB4" w14:textId="77777777" w:rsidR="0036019C" w:rsidRPr="00283B01" w:rsidRDefault="0036019C" w:rsidP="0036019C">
            <w:pPr>
              <w:numPr>
                <w:ilvl w:val="0"/>
                <w:numId w:val="16"/>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Cynhyrchu rhybuddion.</w:t>
            </w:r>
          </w:p>
          <w:p w14:paraId="1CEA596B"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b/>
                <w:bCs/>
                <w:szCs w:val="21"/>
                <w:lang w:val="cy-GB" w:eastAsia="en-GB"/>
              </w:rPr>
              <w:t>Sgiliau Codio</w:t>
            </w:r>
          </w:p>
          <w:p w14:paraId="6575122B" w14:textId="77777777" w:rsidR="0036019C" w:rsidRPr="00283B01" w:rsidRDefault="0036019C" w:rsidP="0036019C">
            <w:pPr>
              <w:numPr>
                <w:ilvl w:val="0"/>
                <w:numId w:val="11"/>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Newidynnau</w:t>
            </w:r>
          </w:p>
          <w:p w14:paraId="5746F395" w14:textId="77777777" w:rsidR="0036019C" w:rsidRPr="00283B01" w:rsidRDefault="0036019C" w:rsidP="0036019C">
            <w:pPr>
              <w:numPr>
                <w:ilvl w:val="0"/>
                <w:numId w:val="11"/>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Swyddogaethau</w:t>
            </w:r>
          </w:p>
          <w:p w14:paraId="57FB6D8D" w14:textId="77777777" w:rsidR="0036019C" w:rsidRPr="00283B01" w:rsidRDefault="0036019C" w:rsidP="0036019C">
            <w:pPr>
              <w:numPr>
                <w:ilvl w:val="0"/>
                <w:numId w:val="11"/>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Cyfrifiadau mathemategol</w:t>
            </w:r>
          </w:p>
          <w:p w14:paraId="63A68C91" w14:textId="77777777" w:rsidR="0036019C" w:rsidRPr="00283B01" w:rsidRDefault="0036019C" w:rsidP="004D42D8">
            <w:pPr>
              <w:spacing w:before="100" w:beforeAutospacing="1" w:afterAutospacing="1" w:line="300" w:lineRule="atLeast"/>
              <w:outlineLvl w:val="2"/>
              <w:rPr>
                <w:rFonts w:ascii="Helvetica" w:eastAsia="Times New Roman" w:hAnsi="Helvetica" w:cs="Arial"/>
                <w:b/>
                <w:bCs/>
                <w:szCs w:val="21"/>
                <w:lang w:eastAsia="en-GB"/>
              </w:rPr>
            </w:pPr>
            <w:r>
              <w:rPr>
                <w:rFonts w:ascii="Helvetica" w:eastAsia="Helvetica" w:hAnsi="Helvetica" w:cs="Arial"/>
                <w:szCs w:val="21"/>
                <w:lang w:val="cy-GB" w:eastAsia="en-GB"/>
              </w:rPr>
              <w:t xml:space="preserve">Coleg - </w:t>
            </w:r>
            <w:r>
              <w:rPr>
                <w:rFonts w:ascii="Helvetica" w:eastAsia="Helvetica" w:hAnsi="Helvetica" w:cs="Arial"/>
                <w:b/>
                <w:bCs/>
                <w:szCs w:val="21"/>
                <w:lang w:val="cy-GB" w:eastAsia="en-GB"/>
              </w:rPr>
              <w:t xml:space="preserve">Ymgyrch </w:t>
            </w:r>
            <w:proofErr w:type="spellStart"/>
            <w:r>
              <w:rPr>
                <w:rFonts w:ascii="Helvetica" w:eastAsia="Helvetica" w:hAnsi="Helvetica" w:cs="Arial"/>
                <w:b/>
                <w:bCs/>
                <w:szCs w:val="21"/>
                <w:lang w:val="cy-GB" w:eastAsia="en-GB"/>
              </w:rPr>
              <w:t>CGRh</w:t>
            </w:r>
            <w:proofErr w:type="spellEnd"/>
          </w:p>
          <w:p w14:paraId="076B886C"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(Cudd-wybodaeth, Gwyliadwriaeth a Rhagchwilio)</w:t>
            </w:r>
          </w:p>
          <w:p w14:paraId="435D405F"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Mae drôn milwrol yn darparu delweddau o rwydwaith ffyrdd.</w:t>
            </w:r>
          </w:p>
          <w:p w14:paraId="6B7B4BA2"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Rhaid i dimau:</w:t>
            </w:r>
          </w:p>
          <w:p w14:paraId="74117EDC" w14:textId="77777777" w:rsidR="0036019C" w:rsidRPr="00283B01" w:rsidRDefault="0036019C" w:rsidP="0036019C">
            <w:pPr>
              <w:numPr>
                <w:ilvl w:val="0"/>
                <w:numId w:val="1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Ddadansoddi data a dderbynnir.</w:t>
            </w:r>
          </w:p>
          <w:p w14:paraId="5E3CA53F" w14:textId="77777777" w:rsidR="0036019C" w:rsidRPr="00283B01" w:rsidRDefault="0036019C" w:rsidP="0036019C">
            <w:pPr>
              <w:numPr>
                <w:ilvl w:val="0"/>
                <w:numId w:val="1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 xml:space="preserve">Lleoli safleoedd lansio </w:t>
            </w:r>
            <w:proofErr w:type="spellStart"/>
            <w:r>
              <w:rPr>
                <w:rFonts w:ascii="Helvetica" w:eastAsia="Helvetica" w:hAnsi="Helvetica" w:cs="Arial"/>
                <w:szCs w:val="21"/>
                <w:lang w:val="cy-GB" w:eastAsia="en-GB"/>
              </w:rPr>
              <w:t>dronau</w:t>
            </w:r>
            <w:proofErr w:type="spellEnd"/>
            <w:r>
              <w:rPr>
                <w:rFonts w:ascii="Helvetica" w:eastAsia="Helvetica" w:hAnsi="Helvetica" w:cs="Arial"/>
                <w:szCs w:val="21"/>
                <w:lang w:val="cy-GB" w:eastAsia="en-GB"/>
              </w:rPr>
              <w:t xml:space="preserve"> gelyniaethus cudd.</w:t>
            </w:r>
          </w:p>
          <w:p w14:paraId="579C4E4F" w14:textId="77777777" w:rsidR="0036019C" w:rsidRPr="00283B01" w:rsidRDefault="0036019C" w:rsidP="0036019C">
            <w:pPr>
              <w:numPr>
                <w:ilvl w:val="0"/>
                <w:numId w:val="10"/>
              </w:num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Blaenoriaethu targedau.</w:t>
            </w:r>
          </w:p>
          <w:p w14:paraId="2275002C" w14:textId="77777777" w:rsidR="0036019C" w:rsidRPr="00283B01" w:rsidRDefault="0036019C" w:rsidP="004D42D8">
            <w:pPr>
              <w:spacing w:before="100" w:beforeAutospacing="1" w:afterAutospacing="1" w:line="300" w:lineRule="atLeast"/>
              <w:rPr>
                <w:rFonts w:ascii="Helvetica" w:eastAsia="Times New Roman" w:hAnsi="Helvetica" w:cs="Arial"/>
                <w:szCs w:val="21"/>
                <w:lang w:eastAsia="en-GB"/>
              </w:rPr>
            </w:pPr>
            <w:r>
              <w:rPr>
                <w:rFonts w:ascii="Helvetica" w:eastAsia="Helvetica" w:hAnsi="Helvetica" w:cs="Arial"/>
                <w:szCs w:val="21"/>
                <w:lang w:val="cy-GB" w:eastAsia="en-GB"/>
              </w:rPr>
              <w:t>Dyfernir pwyntiau am gyflymder a chywirdeb.</w:t>
            </w:r>
          </w:p>
        </w:tc>
      </w:tr>
    </w:tbl>
    <w:p w14:paraId="3F1F6885" w14:textId="77777777" w:rsidR="0036019C" w:rsidRPr="00283B01" w:rsidRDefault="0036019C" w:rsidP="0036019C">
      <w:pPr>
        <w:rPr>
          <w:rFonts w:ascii="Helvetica" w:hAnsi="Helvetica"/>
        </w:rPr>
      </w:pPr>
    </w:p>
    <w:p w14:paraId="32F98B10" w14:textId="77777777" w:rsidR="0036019C" w:rsidRPr="00283B01" w:rsidRDefault="0036019C" w:rsidP="0036019C">
      <w:pPr>
        <w:rPr>
          <w:rFonts w:ascii="Helvetica" w:hAnsi="Helvetica"/>
        </w:rPr>
      </w:pPr>
    </w:p>
    <w:p w14:paraId="2A58A900" w14:textId="77777777" w:rsidR="0036019C" w:rsidRPr="00283B01" w:rsidRDefault="0036019C" w:rsidP="0036019C">
      <w:pPr>
        <w:rPr>
          <w:rFonts w:ascii="Helvetica" w:hAnsi="Helvetica"/>
        </w:rPr>
      </w:pPr>
    </w:p>
    <w:p w14:paraId="265823B8" w14:textId="77777777" w:rsidR="0036019C" w:rsidRPr="00283B01" w:rsidRDefault="0036019C" w:rsidP="0036019C">
      <w:pPr>
        <w:rPr>
          <w:rFonts w:ascii="Helvetica" w:hAnsi="Helvetica"/>
        </w:rPr>
      </w:pPr>
    </w:p>
    <w:p w14:paraId="1E5EFE98" w14:textId="77777777" w:rsidR="0036019C" w:rsidRPr="00283B01" w:rsidRDefault="0036019C" w:rsidP="0036019C">
      <w:pPr>
        <w:rPr>
          <w:rFonts w:ascii="Helvetica" w:hAnsi="Helvetica"/>
        </w:rPr>
      </w:pPr>
    </w:p>
    <w:p w14:paraId="3D59E243" w14:textId="77777777" w:rsidR="0036019C" w:rsidRPr="00283B01" w:rsidRDefault="0036019C" w:rsidP="0036019C">
      <w:pPr>
        <w:rPr>
          <w:rFonts w:ascii="Helvetica" w:hAnsi="Helvetica"/>
        </w:rPr>
      </w:pPr>
    </w:p>
    <w:p w14:paraId="3C4A0466" w14:textId="77777777" w:rsidR="0036019C" w:rsidRPr="00283B01" w:rsidRDefault="0036019C" w:rsidP="0036019C">
      <w:pPr>
        <w:rPr>
          <w:rFonts w:ascii="Helvetica" w:hAnsi="Helvetica"/>
        </w:rPr>
      </w:pPr>
    </w:p>
    <w:p w14:paraId="7E9791A5" w14:textId="77777777" w:rsidR="0036019C" w:rsidRPr="00283B01" w:rsidRDefault="0036019C" w:rsidP="0036019C">
      <w:pPr>
        <w:rPr>
          <w:rFonts w:ascii="Helvetica" w:hAnsi="Helvetica"/>
        </w:rPr>
      </w:pPr>
    </w:p>
    <w:p w14:paraId="17BB69EB" w14:textId="77777777" w:rsidR="0036019C" w:rsidRPr="00283B01" w:rsidRDefault="0036019C" w:rsidP="0036019C">
      <w:pPr>
        <w:rPr>
          <w:rFonts w:ascii="Helvetica" w:hAnsi="Helvetica"/>
        </w:rPr>
      </w:pPr>
    </w:p>
    <w:p w14:paraId="0BDB2355" w14:textId="77777777" w:rsidR="0036019C" w:rsidRPr="00283B01" w:rsidRDefault="0036019C" w:rsidP="0036019C">
      <w:pPr>
        <w:rPr>
          <w:rFonts w:ascii="Helvetica" w:hAnsi="Helvetica"/>
        </w:rPr>
      </w:pPr>
    </w:p>
    <w:p w14:paraId="70E727E0" w14:textId="77777777" w:rsidR="0036019C" w:rsidRPr="00283B01" w:rsidRDefault="0036019C" w:rsidP="0036019C">
      <w:pPr>
        <w:rPr>
          <w:rFonts w:ascii="Helvetica" w:hAnsi="Helvetica"/>
        </w:rPr>
      </w:pPr>
    </w:p>
    <w:p w14:paraId="6EF1BED3" w14:textId="77777777" w:rsidR="0036019C" w:rsidRPr="00283B01" w:rsidRDefault="0036019C" w:rsidP="0036019C">
      <w:pPr>
        <w:rPr>
          <w:rFonts w:ascii="Helvetica" w:hAnsi="Helvetica"/>
        </w:rPr>
      </w:pPr>
    </w:p>
    <w:p w14:paraId="4B3287A2" w14:textId="77777777" w:rsidR="0036019C" w:rsidRPr="00283B01" w:rsidRDefault="0036019C" w:rsidP="0036019C">
      <w:pPr>
        <w:rPr>
          <w:rFonts w:ascii="Helvetica" w:hAnsi="Helvetica"/>
        </w:rPr>
      </w:pPr>
    </w:p>
    <w:p w14:paraId="6C8A29BD" w14:textId="77777777" w:rsidR="0036019C" w:rsidRPr="00283B01" w:rsidRDefault="0036019C" w:rsidP="0036019C">
      <w:pPr>
        <w:rPr>
          <w:rFonts w:ascii="Helvetica" w:hAnsi="Helvetica"/>
        </w:rPr>
      </w:pPr>
    </w:p>
    <w:p w14:paraId="0B703A57" w14:textId="77777777" w:rsidR="0036019C" w:rsidRPr="00283B01" w:rsidRDefault="0036019C" w:rsidP="0036019C">
      <w:pPr>
        <w:rPr>
          <w:rFonts w:ascii="Helvetica" w:hAnsi="Helvetica"/>
        </w:rPr>
      </w:pPr>
    </w:p>
    <w:p w14:paraId="6B7AC6B0" w14:textId="77777777" w:rsidR="0036019C" w:rsidRPr="00283B01" w:rsidRDefault="0036019C" w:rsidP="0036019C">
      <w:pPr>
        <w:rPr>
          <w:rFonts w:ascii="Helvetica" w:hAnsi="Helvetica"/>
        </w:rPr>
      </w:pPr>
    </w:p>
    <w:p w14:paraId="602538C9" w14:textId="77777777" w:rsidR="0036019C" w:rsidRPr="00283B01" w:rsidRDefault="0036019C" w:rsidP="0036019C">
      <w:pPr>
        <w:rPr>
          <w:rFonts w:ascii="Helvetica" w:hAnsi="Helvetica"/>
        </w:rPr>
      </w:pPr>
    </w:p>
    <w:p w14:paraId="0F0051C3" w14:textId="77777777" w:rsidR="0036019C" w:rsidRPr="00283B01" w:rsidRDefault="0036019C" w:rsidP="0036019C">
      <w:pPr>
        <w:rPr>
          <w:rFonts w:ascii="Helvetica" w:hAnsi="Helvetica"/>
        </w:rPr>
      </w:pPr>
    </w:p>
    <w:p w14:paraId="1A4D580B" w14:textId="77777777" w:rsidR="0036019C" w:rsidRPr="00283B01" w:rsidRDefault="0036019C" w:rsidP="0036019C">
      <w:pPr>
        <w:rPr>
          <w:rFonts w:ascii="Helvetica" w:hAnsi="Helvetica"/>
        </w:rPr>
      </w:pPr>
    </w:p>
    <w:p w14:paraId="24376C4C" w14:textId="77777777" w:rsidR="0036019C" w:rsidRPr="00283B01" w:rsidRDefault="0036019C" w:rsidP="0036019C">
      <w:pPr>
        <w:rPr>
          <w:rFonts w:ascii="Helvetica" w:hAnsi="Helvetica"/>
        </w:rPr>
      </w:pPr>
    </w:p>
    <w:p w14:paraId="7D427254" w14:textId="77777777" w:rsidR="0036019C" w:rsidRPr="00283B01" w:rsidRDefault="0036019C" w:rsidP="0036019C">
      <w:pPr>
        <w:rPr>
          <w:rFonts w:ascii="Helvetica" w:hAnsi="Helvetica"/>
        </w:rPr>
      </w:pPr>
    </w:p>
    <w:p w14:paraId="7928EEBB" w14:textId="77777777" w:rsidR="0036019C" w:rsidRPr="00283B01" w:rsidRDefault="0036019C" w:rsidP="0036019C">
      <w:pPr>
        <w:rPr>
          <w:rFonts w:ascii="Helvetica" w:hAnsi="Helvetica"/>
        </w:rPr>
      </w:pPr>
    </w:p>
    <w:tbl>
      <w:tblPr>
        <w:tblW w:w="0" w:type="auto"/>
        <w:jc w:val="center"/>
        <w:tblLook w:val="04A0" w:firstRow="1" w:lastRow="0" w:firstColumn="1" w:lastColumn="0" w:noHBand="0" w:noVBand="1"/>
      </w:tblPr>
      <w:tblGrid>
        <w:gridCol w:w="4968"/>
        <w:gridCol w:w="4968"/>
      </w:tblGrid>
      <w:tr w:rsidR="0036019C" w14:paraId="03FCED1F" w14:textId="77777777" w:rsidTr="004D42D8">
        <w:trPr>
          <w:jc w:val="center"/>
        </w:trPr>
        <w:tc>
          <w:tcPr>
            <w:tcW w:w="4968" w:type="dxa"/>
            <w:shd w:val="clear" w:color="auto" w:fill="C0504D" w:themeFill="accent2"/>
            <w:tcMar>
              <w:top w:w="160" w:type="dxa"/>
              <w:left w:w="160" w:type="dxa"/>
              <w:bottom w:w="160" w:type="dxa"/>
              <w:right w:w="160" w:type="dxa"/>
            </w:tcMar>
          </w:tcPr>
          <w:p w14:paraId="325B83A1" w14:textId="77777777" w:rsidR="0036019C" w:rsidRPr="00283B01" w:rsidRDefault="0036019C" w:rsidP="004D42D8">
            <w:pPr>
              <w:jc w:val="center"/>
              <w:rPr>
                <w:rFonts w:ascii="Helvetica" w:hAnsi="Helvetica"/>
              </w:rPr>
            </w:pPr>
          </w:p>
        </w:tc>
        <w:tc>
          <w:tcPr>
            <w:tcW w:w="4968" w:type="dxa"/>
            <w:tcMar>
              <w:top w:w="140" w:type="dxa"/>
              <w:left w:w="140" w:type="dxa"/>
              <w:bottom w:w="140" w:type="dxa"/>
              <w:right w:w="140" w:type="dxa"/>
            </w:tcMar>
          </w:tcPr>
          <w:p w14:paraId="7BD58F87" w14:textId="77777777" w:rsidR="0036019C" w:rsidRPr="00283B01" w:rsidRDefault="0036019C" w:rsidP="004D42D8">
            <w:pPr>
              <w:rPr>
                <w:rFonts w:ascii="Helvetica" w:hAnsi="Helvetica"/>
                <w:color w:val="C0504D" w:themeColor="accent2"/>
              </w:rPr>
            </w:pPr>
            <w:r>
              <w:rPr>
                <w:rFonts w:ascii="Helvetica" w:eastAsia="Helvetica" w:hAnsi="Helvetica" w:cs="Arial"/>
                <w:b/>
                <w:bCs/>
                <w:color w:val="C0504D"/>
                <w:sz w:val="42"/>
                <w:szCs w:val="42"/>
                <w:lang w:val="cy-GB"/>
              </w:rPr>
              <w:t>Cyngor Abertawe</w:t>
            </w:r>
          </w:p>
          <w:p w14:paraId="4AF0184A" w14:textId="77777777" w:rsidR="0036019C" w:rsidRPr="00283B01" w:rsidRDefault="0036019C" w:rsidP="004D42D8">
            <w:pPr>
              <w:rPr>
                <w:rFonts w:ascii="Helvetica" w:hAnsi="Helvetica"/>
                <w:color w:val="C0504D" w:themeColor="accent2"/>
                <w:sz w:val="20"/>
                <w:szCs w:val="20"/>
              </w:rPr>
            </w:pPr>
            <w:r>
              <w:rPr>
                <w:rFonts w:ascii="Helvetica" w:eastAsia="Helvetica" w:hAnsi="Helvetica" w:cs="Arial"/>
                <w:color w:val="C0504D"/>
                <w:sz w:val="20"/>
                <w:szCs w:val="20"/>
                <w:lang w:val="cy-GB"/>
              </w:rPr>
              <w:t>Yn cefnogi cymunedau ledled Abertawe</w:t>
            </w:r>
          </w:p>
          <w:p w14:paraId="77E0BE99" w14:textId="77777777" w:rsidR="0036019C" w:rsidRPr="00283B01" w:rsidRDefault="0036019C" w:rsidP="004D42D8">
            <w:pPr>
              <w:rPr>
                <w:rFonts w:ascii="Helvetica" w:hAnsi="Helvetica"/>
              </w:rPr>
            </w:pPr>
          </w:p>
        </w:tc>
      </w:tr>
    </w:tbl>
    <w:p w14:paraId="1921635B" w14:textId="77777777" w:rsidR="0036019C" w:rsidRPr="00283B01" w:rsidRDefault="0036019C" w:rsidP="0036019C">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36019C" w14:paraId="7C28982E" w14:textId="77777777" w:rsidTr="004D42D8">
        <w:trPr>
          <w:jc w:val="center"/>
        </w:trPr>
        <w:tc>
          <w:tcPr>
            <w:tcW w:w="9936" w:type="dxa"/>
            <w:tcMar>
              <w:top w:w="190" w:type="dxa"/>
              <w:left w:w="190" w:type="dxa"/>
              <w:bottom w:w="190" w:type="dxa"/>
              <w:right w:w="190" w:type="dxa"/>
            </w:tcMar>
          </w:tcPr>
          <w:p w14:paraId="30ED4A2A" w14:textId="77777777" w:rsidR="0036019C" w:rsidRPr="00283B01" w:rsidRDefault="0036019C" w:rsidP="004D42D8">
            <w:pPr>
              <w:rPr>
                <w:rFonts w:ascii="Helvetica" w:hAnsi="Helvetica"/>
                <w:b/>
                <w:bCs/>
                <w:color w:val="C0504D" w:themeColor="accent2"/>
                <w:sz w:val="32"/>
                <w:szCs w:val="32"/>
              </w:rPr>
            </w:pPr>
            <w:r>
              <w:rPr>
                <w:rFonts w:ascii="Helvetica" w:eastAsia="Helvetica" w:hAnsi="Helvetica" w:cs="Arial"/>
                <w:b/>
                <w:bCs/>
                <w:color w:val="C0504D"/>
                <w:sz w:val="32"/>
                <w:szCs w:val="32"/>
                <w:lang w:val="cy-GB"/>
              </w:rPr>
              <w:t>Ditectif Gyrfaoedd</w:t>
            </w:r>
          </w:p>
          <w:p w14:paraId="1A42F843" w14:textId="77777777" w:rsidR="0036019C" w:rsidRPr="00283B01" w:rsidRDefault="0036019C" w:rsidP="004D42D8">
            <w:pPr>
              <w:rPr>
                <w:rFonts w:ascii="Helvetica" w:hAnsi="Helvetica" w:cs="Segoe UI"/>
                <w:szCs w:val="21"/>
              </w:rPr>
            </w:pPr>
            <w:r>
              <w:rPr>
                <w:rFonts w:ascii="Helvetica" w:eastAsia="Helvetica" w:hAnsi="Helvetica" w:cs="Segoe UI"/>
                <w:szCs w:val="21"/>
                <w:lang w:val="cy-GB"/>
              </w:rPr>
              <w:t>Mae pob swydd yn gofyn am gymysgedd unigryw o sgiliau, diddordebau a chyfrifoldebau. Drwy archwilio cliwiau a gofyn y cwestiynau priodol, gall chwaraewyr ddarganfod yr amrywiaeth eang o yrfaoedd sydd ar gael a deall byd gwaith yn well.</w:t>
            </w:r>
          </w:p>
          <w:p w14:paraId="163AF55D" w14:textId="77777777" w:rsidR="0036019C" w:rsidRPr="00283B01" w:rsidRDefault="0036019C" w:rsidP="004D42D8">
            <w:pPr>
              <w:rPr>
                <w:rFonts w:ascii="Helvetica" w:hAnsi="Helvetica"/>
                <w:b/>
                <w:color w:val="C0504D" w:themeColor="accent2"/>
              </w:rPr>
            </w:pPr>
            <w:r>
              <w:rPr>
                <w:rFonts w:ascii="Helvetica" w:eastAsia="Helvetica" w:hAnsi="Helvetica" w:cs="Arial"/>
                <w:b/>
                <w:bCs/>
                <w:color w:val="C0504D"/>
                <w:szCs w:val="21"/>
                <w:lang w:val="cy-GB"/>
              </w:rPr>
              <w:t>Yr her</w:t>
            </w:r>
          </w:p>
          <w:p w14:paraId="6EE3AE26" w14:textId="77777777" w:rsidR="0036019C" w:rsidRPr="00283B01" w:rsidRDefault="0036019C" w:rsidP="004D42D8">
            <w:pPr>
              <w:rPr>
                <w:rFonts w:ascii="Helvetica" w:hAnsi="Helvetica"/>
                <w:color w:val="000000" w:themeColor="text1"/>
              </w:rPr>
            </w:pPr>
            <w:r>
              <w:rPr>
                <w:rFonts w:ascii="Helvetica" w:eastAsia="Helvetica" w:hAnsi="Helvetica" w:cs="Segoe UI"/>
                <w:szCs w:val="21"/>
                <w:lang w:val="cy-GB"/>
              </w:rPr>
              <w:t>Crëwch gêm lle bydd chwaraewyr yn gweithredu fel Ditectifs Gyrfaoedd, gan ddefnyddio cliwiau i nodi gwahanol alwedigaethau.</w:t>
            </w:r>
          </w:p>
          <w:p w14:paraId="2F9CDEF1" w14:textId="77777777" w:rsidR="0036019C" w:rsidRPr="00283B01" w:rsidRDefault="0036019C" w:rsidP="004D42D8">
            <w:pPr>
              <w:rPr>
                <w:rFonts w:ascii="Helvetica" w:hAnsi="Helvetica"/>
                <w:color w:val="C0504D" w:themeColor="accent2"/>
              </w:rPr>
            </w:pPr>
            <w:r>
              <w:rPr>
                <w:rFonts w:ascii="Helvetica" w:eastAsia="Helvetica" w:hAnsi="Helvetica" w:cs="Arial"/>
                <w:b/>
                <w:bCs/>
                <w:color w:val="C0504D"/>
                <w:szCs w:val="21"/>
                <w:lang w:val="cy-GB"/>
              </w:rPr>
              <w:t>Syniadau i'w harchwilio</w:t>
            </w:r>
          </w:p>
          <w:p w14:paraId="30219633" w14:textId="77777777" w:rsidR="0036019C" w:rsidRPr="00283B01" w:rsidRDefault="0036019C" w:rsidP="0036019C">
            <w:pPr>
              <w:numPr>
                <w:ilvl w:val="0"/>
                <w:numId w:val="15"/>
              </w:numPr>
              <w:spacing w:before="100" w:beforeAutospacing="1" w:afterAutospacing="1" w:line="300" w:lineRule="atLeast"/>
              <w:rPr>
                <w:rFonts w:ascii="Helvetica" w:hAnsi="Helvetica" w:cs="Segoe UI"/>
                <w:szCs w:val="21"/>
              </w:rPr>
            </w:pPr>
            <w:r>
              <w:rPr>
                <w:rFonts w:ascii="Helvetica" w:eastAsia="Helvetica" w:hAnsi="Helvetica" w:cs="Segoe UI"/>
                <w:szCs w:val="21"/>
                <w:lang w:val="cy-GB"/>
              </w:rPr>
              <w:t>Datgelu cliwiau un ar y tro a chaniatáu i chwaraewyr ddyfalu'r yrfa.</w:t>
            </w:r>
          </w:p>
          <w:p w14:paraId="138BE36B" w14:textId="77777777" w:rsidR="0036019C" w:rsidRPr="00283B01" w:rsidRDefault="0036019C" w:rsidP="0036019C">
            <w:pPr>
              <w:numPr>
                <w:ilvl w:val="0"/>
                <w:numId w:val="15"/>
              </w:numPr>
              <w:spacing w:before="100" w:beforeAutospacing="1" w:afterAutospacing="1" w:line="300" w:lineRule="atLeast"/>
              <w:rPr>
                <w:rFonts w:ascii="Helvetica" w:hAnsi="Helvetica" w:cs="Segoe UI"/>
                <w:szCs w:val="21"/>
              </w:rPr>
            </w:pPr>
            <w:r>
              <w:rPr>
                <w:rFonts w:ascii="Helvetica" w:eastAsia="Helvetica" w:hAnsi="Helvetica" w:cs="Segoe UI"/>
                <w:szCs w:val="21"/>
                <w:lang w:val="cy-GB"/>
              </w:rPr>
              <w:t>Cynnwys gwybodaeth am sgiliau, cymwysterau ac amgylcheddau gweithle.</w:t>
            </w:r>
          </w:p>
          <w:p w14:paraId="78A03EE2" w14:textId="77777777" w:rsidR="0036019C" w:rsidRPr="00283B01" w:rsidRDefault="0036019C" w:rsidP="0036019C">
            <w:pPr>
              <w:numPr>
                <w:ilvl w:val="0"/>
                <w:numId w:val="15"/>
              </w:numPr>
              <w:spacing w:before="100" w:beforeAutospacing="1" w:afterAutospacing="1" w:line="300" w:lineRule="atLeast"/>
              <w:rPr>
                <w:rFonts w:ascii="Helvetica" w:hAnsi="Helvetica" w:cs="Segoe UI"/>
                <w:szCs w:val="21"/>
              </w:rPr>
            </w:pPr>
            <w:r>
              <w:rPr>
                <w:rFonts w:ascii="Helvetica" w:eastAsia="Helvetica" w:hAnsi="Helvetica" w:cs="Segoe UI"/>
                <w:szCs w:val="21"/>
                <w:lang w:val="cy-GB"/>
              </w:rPr>
              <w:t>Defnyddio systemau sgorio sy'n gwobrwyo dyfalu’n gywir a llai o awgrymiadau.</w:t>
            </w:r>
          </w:p>
          <w:p w14:paraId="36995B17" w14:textId="77777777" w:rsidR="0036019C" w:rsidRPr="00283B01" w:rsidRDefault="0036019C" w:rsidP="0036019C">
            <w:pPr>
              <w:numPr>
                <w:ilvl w:val="0"/>
                <w:numId w:val="15"/>
              </w:numPr>
              <w:spacing w:before="100" w:beforeAutospacing="1" w:afterAutospacing="1" w:line="300" w:lineRule="atLeast"/>
              <w:rPr>
                <w:rFonts w:ascii="Helvetica" w:hAnsi="Helvetica" w:cs="Segoe UI"/>
                <w:szCs w:val="21"/>
              </w:rPr>
            </w:pPr>
            <w:r>
              <w:rPr>
                <w:rFonts w:ascii="Helvetica" w:eastAsia="Helvetica" w:hAnsi="Helvetica" w:cs="Segoe UI"/>
                <w:szCs w:val="21"/>
                <w:lang w:val="cy-GB"/>
              </w:rPr>
              <w:t>Cyflwyno gwahanol lefelau anawsterau ar gyfer gwahanol grwpiau oedran.</w:t>
            </w:r>
          </w:p>
          <w:p w14:paraId="344845EA" w14:textId="77777777" w:rsidR="0036019C" w:rsidRPr="00283B01" w:rsidRDefault="0036019C" w:rsidP="0036019C">
            <w:pPr>
              <w:numPr>
                <w:ilvl w:val="0"/>
                <w:numId w:val="15"/>
              </w:numPr>
              <w:spacing w:before="100" w:beforeAutospacing="1" w:afterAutospacing="1" w:line="300" w:lineRule="atLeast"/>
              <w:rPr>
                <w:rFonts w:ascii="Helvetica" w:hAnsi="Helvetica" w:cs="Segoe UI"/>
                <w:szCs w:val="21"/>
              </w:rPr>
            </w:pPr>
            <w:r>
              <w:rPr>
                <w:rFonts w:ascii="Helvetica" w:eastAsia="Helvetica" w:hAnsi="Helvetica" w:cs="Segoe UI"/>
                <w:szCs w:val="21"/>
                <w:lang w:val="cy-GB"/>
              </w:rPr>
              <w:t>Cynnwys gyrfaoedd o ystod eang o ddiwydiannau a sectorau.</w:t>
            </w:r>
          </w:p>
          <w:p w14:paraId="53AF0390" w14:textId="77777777" w:rsidR="0036019C" w:rsidRPr="00283B01" w:rsidRDefault="0036019C" w:rsidP="0036019C">
            <w:pPr>
              <w:numPr>
                <w:ilvl w:val="0"/>
                <w:numId w:val="15"/>
              </w:numPr>
              <w:spacing w:before="100" w:beforeAutospacing="1" w:afterAutospacing="1" w:line="300" w:lineRule="atLeast"/>
              <w:rPr>
                <w:rFonts w:ascii="Helvetica" w:hAnsi="Helvetica" w:cs="Segoe UI"/>
                <w:szCs w:val="21"/>
              </w:rPr>
            </w:pPr>
            <w:r>
              <w:rPr>
                <w:rFonts w:ascii="Helvetica" w:eastAsia="Helvetica" w:hAnsi="Helvetica" w:cs="Segoe UI"/>
                <w:szCs w:val="21"/>
                <w:lang w:val="cy-GB"/>
              </w:rPr>
              <w:lastRenderedPageBreak/>
              <w:t>Annog chwaraewyr i ddysgu am yrfaoedd nad ydynt wedi’u hystyried yn flaenorol efallai.</w:t>
            </w:r>
          </w:p>
        </w:tc>
      </w:tr>
    </w:tbl>
    <w:p w14:paraId="3C6319FE" w14:textId="77777777" w:rsidR="0036019C" w:rsidRPr="00283B01" w:rsidRDefault="0036019C" w:rsidP="0036019C">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36019C" w14:paraId="45C522F5" w14:textId="77777777" w:rsidTr="004D42D8">
        <w:trPr>
          <w:jc w:val="center"/>
        </w:trPr>
        <w:tc>
          <w:tcPr>
            <w:tcW w:w="9936" w:type="dxa"/>
            <w:tcMar>
              <w:top w:w="190" w:type="dxa"/>
              <w:left w:w="190" w:type="dxa"/>
              <w:bottom w:w="190" w:type="dxa"/>
              <w:right w:w="190" w:type="dxa"/>
            </w:tcMar>
          </w:tcPr>
          <w:p w14:paraId="40E8F3B9" w14:textId="77777777" w:rsidR="0036019C" w:rsidRPr="00283B01" w:rsidRDefault="0036019C" w:rsidP="004D42D8">
            <w:pPr>
              <w:rPr>
                <w:rFonts w:ascii="Helvetica" w:hAnsi="Helvetica"/>
                <w:b/>
                <w:bCs/>
                <w:color w:val="C0504D" w:themeColor="accent2"/>
                <w:sz w:val="32"/>
                <w:szCs w:val="32"/>
              </w:rPr>
            </w:pPr>
            <w:r>
              <w:rPr>
                <w:rFonts w:ascii="Helvetica" w:eastAsia="Helvetica" w:hAnsi="Helvetica" w:cs="Arial"/>
                <w:b/>
                <w:bCs/>
                <w:color w:val="C0504D"/>
                <w:sz w:val="32"/>
                <w:szCs w:val="32"/>
                <w:lang w:val="cy-GB"/>
              </w:rPr>
              <w:t>Cymru 2040: Dinas y Dyfodol</w:t>
            </w:r>
          </w:p>
          <w:p w14:paraId="43DAE0DD" w14:textId="77777777" w:rsidR="0036019C" w:rsidRPr="00283B01" w:rsidRDefault="0036019C" w:rsidP="004D42D8">
            <w:pPr>
              <w:spacing w:after="0" w:line="300" w:lineRule="atLeast"/>
              <w:rPr>
                <w:rFonts w:ascii="Helvetica" w:hAnsi="Helvetica" w:cs="Segoe UI"/>
                <w:szCs w:val="21"/>
              </w:rPr>
            </w:pPr>
            <w:r>
              <w:rPr>
                <w:rFonts w:ascii="Helvetica" w:eastAsia="Helvetica" w:hAnsi="Helvetica" w:cs="Segoe UI"/>
                <w:szCs w:val="21"/>
                <w:lang w:val="cy-GB"/>
              </w:rPr>
              <w:t>Sut yn union fydd Cymru yn 2040? Bydd technolegau newydd, diwydiannau sy'n newid a chymunedau sy'n datblygu yn creu cyfleoedd gyrfaoedd cyffrous. Mae'r her hon yn annog dysgwyr i ddychmygu'r dyfodol a dylunio dinas sy'n cefnogi pobl, busnesau a'r amgylchedd.</w:t>
            </w:r>
            <w:r>
              <w:rPr>
                <w:rFonts w:ascii="Helvetica" w:eastAsia="Helvetica" w:hAnsi="Helvetica" w:cs="Segoe UI"/>
                <w:szCs w:val="21"/>
                <w:lang w:val="cy-GB"/>
              </w:rPr>
              <w:br/>
            </w:r>
          </w:p>
          <w:p w14:paraId="3EF16443" w14:textId="77777777" w:rsidR="0036019C" w:rsidRPr="00283B01" w:rsidRDefault="0036019C" w:rsidP="004D42D8">
            <w:pPr>
              <w:rPr>
                <w:rFonts w:ascii="Helvetica" w:hAnsi="Helvetica"/>
                <w:b/>
                <w:color w:val="C0504D" w:themeColor="accent2"/>
              </w:rPr>
            </w:pPr>
            <w:r>
              <w:rPr>
                <w:rFonts w:ascii="Helvetica" w:eastAsia="Helvetica" w:hAnsi="Helvetica" w:cs="Arial"/>
                <w:b/>
                <w:bCs/>
                <w:color w:val="C0504D"/>
                <w:szCs w:val="21"/>
                <w:lang w:val="cy-GB"/>
              </w:rPr>
              <w:t>Yr her</w:t>
            </w:r>
          </w:p>
          <w:p w14:paraId="4DA04058" w14:textId="77777777" w:rsidR="0036019C" w:rsidRPr="00283B01" w:rsidRDefault="0036019C" w:rsidP="004D42D8">
            <w:pPr>
              <w:spacing w:after="0" w:line="300" w:lineRule="atLeast"/>
              <w:rPr>
                <w:rFonts w:ascii="Helvetica" w:hAnsi="Helvetica" w:cs="Segoe UI"/>
                <w:szCs w:val="21"/>
              </w:rPr>
            </w:pPr>
            <w:r>
              <w:rPr>
                <w:rFonts w:ascii="Helvetica" w:eastAsia="Helvetica" w:hAnsi="Helvetica" w:cs="Segoe UI"/>
                <w:szCs w:val="21"/>
                <w:lang w:val="cy-GB"/>
              </w:rPr>
              <w:t>Adeiladwch ddinas ddigidol y dyfodol ac arddangoswch y swyddi, y diwydiannau a'r gwasanaethau a allai fodoli yng Nghymru yn 2040.</w:t>
            </w:r>
          </w:p>
          <w:p w14:paraId="17D1604A" w14:textId="77777777" w:rsidR="0036019C" w:rsidRPr="00283B01" w:rsidRDefault="0036019C" w:rsidP="004D42D8">
            <w:pPr>
              <w:spacing w:after="0" w:line="300" w:lineRule="atLeast"/>
              <w:rPr>
                <w:rFonts w:ascii="Helvetica" w:hAnsi="Helvetica" w:cs="Segoe UI"/>
                <w:szCs w:val="21"/>
              </w:rPr>
            </w:pPr>
          </w:p>
          <w:p w14:paraId="5667B512" w14:textId="77777777" w:rsidR="0036019C" w:rsidRPr="00283B01" w:rsidRDefault="0036019C" w:rsidP="004D42D8">
            <w:pPr>
              <w:rPr>
                <w:rFonts w:ascii="Helvetica" w:hAnsi="Helvetica"/>
                <w:color w:val="C0504D" w:themeColor="accent2"/>
              </w:rPr>
            </w:pPr>
            <w:r>
              <w:rPr>
                <w:rFonts w:ascii="Helvetica" w:eastAsia="Helvetica" w:hAnsi="Helvetica" w:cs="Arial"/>
                <w:b/>
                <w:bCs/>
                <w:color w:val="C0504D"/>
                <w:szCs w:val="21"/>
                <w:lang w:val="cy-GB"/>
              </w:rPr>
              <w:t>Syniadau i'w harchwilio</w:t>
            </w:r>
          </w:p>
          <w:p w14:paraId="639A6A99" w14:textId="77777777" w:rsidR="0036019C" w:rsidRPr="00283B01" w:rsidRDefault="0036019C" w:rsidP="0036019C">
            <w:pPr>
              <w:pStyle w:val="ListParagraph"/>
              <w:numPr>
                <w:ilvl w:val="0"/>
                <w:numId w:val="21"/>
              </w:numPr>
              <w:spacing w:after="0" w:line="300" w:lineRule="atLeast"/>
              <w:rPr>
                <w:rFonts w:ascii="Helvetica" w:hAnsi="Helvetica" w:cs="Segoe UI"/>
                <w:szCs w:val="21"/>
              </w:rPr>
            </w:pPr>
            <w:r>
              <w:rPr>
                <w:rFonts w:ascii="Helvetica" w:eastAsia="Helvetica" w:hAnsi="Helvetica" w:cs="Segoe UI"/>
                <w:szCs w:val="21"/>
                <w:lang w:val="cy-GB"/>
              </w:rPr>
              <w:t xml:space="preserve">Dylunio cartrefi, systemau cludiant a gwasanaethau cyhoeddus cynaliadwy. </w:t>
            </w:r>
          </w:p>
          <w:p w14:paraId="35F86179" w14:textId="77777777" w:rsidR="0036019C" w:rsidRPr="00283B01" w:rsidRDefault="0036019C" w:rsidP="0036019C">
            <w:pPr>
              <w:pStyle w:val="ListParagraph"/>
              <w:numPr>
                <w:ilvl w:val="0"/>
                <w:numId w:val="21"/>
              </w:numPr>
              <w:spacing w:line="300" w:lineRule="atLeast"/>
              <w:rPr>
                <w:rFonts w:ascii="Helvetica" w:hAnsi="Helvetica" w:cs="Segoe UI"/>
                <w:szCs w:val="21"/>
              </w:rPr>
            </w:pPr>
            <w:r>
              <w:rPr>
                <w:rFonts w:ascii="Helvetica" w:eastAsia="Helvetica" w:hAnsi="Helvetica" w:cs="Segoe UI"/>
                <w:szCs w:val="21"/>
                <w:lang w:val="cy-GB"/>
              </w:rPr>
              <w:t xml:space="preserve">Creu gweithleoedd y dyfodol a gyrfaoedd sy'n dod i'r amlwg. </w:t>
            </w:r>
          </w:p>
          <w:p w14:paraId="14C03C65" w14:textId="77777777" w:rsidR="0036019C" w:rsidRPr="00283B01" w:rsidRDefault="0036019C" w:rsidP="0036019C">
            <w:pPr>
              <w:pStyle w:val="ListParagraph"/>
              <w:numPr>
                <w:ilvl w:val="0"/>
                <w:numId w:val="21"/>
              </w:numPr>
              <w:spacing w:line="300" w:lineRule="atLeast"/>
              <w:rPr>
                <w:rFonts w:ascii="Helvetica" w:hAnsi="Helvetica" w:cs="Segoe UI"/>
                <w:szCs w:val="21"/>
              </w:rPr>
            </w:pPr>
            <w:r>
              <w:rPr>
                <w:rFonts w:ascii="Helvetica" w:eastAsia="Helvetica" w:hAnsi="Helvetica" w:cs="Segoe UI"/>
                <w:szCs w:val="21"/>
                <w:lang w:val="cy-GB"/>
              </w:rPr>
              <w:t xml:space="preserve">Ystyried sut y gallai technoleg, deallusrwydd artiffisial, roboteg ac ynni gwyrdd lunio cymunedau. </w:t>
            </w:r>
          </w:p>
          <w:p w14:paraId="2DD9B593" w14:textId="77777777" w:rsidR="0036019C" w:rsidRPr="00283B01" w:rsidRDefault="0036019C" w:rsidP="0036019C">
            <w:pPr>
              <w:pStyle w:val="ListParagraph"/>
              <w:numPr>
                <w:ilvl w:val="0"/>
                <w:numId w:val="21"/>
              </w:numPr>
              <w:spacing w:line="300" w:lineRule="atLeast"/>
              <w:rPr>
                <w:rFonts w:ascii="Helvetica" w:hAnsi="Helvetica" w:cs="Segoe UI"/>
                <w:szCs w:val="21"/>
              </w:rPr>
            </w:pPr>
            <w:r>
              <w:rPr>
                <w:rFonts w:ascii="Helvetica" w:eastAsia="Helvetica" w:hAnsi="Helvetica" w:cs="Segoe UI"/>
                <w:szCs w:val="21"/>
                <w:lang w:val="cy-GB"/>
              </w:rPr>
              <w:t xml:space="preserve">Cynnwys gofal iechyd, addysg, gwasanaethau digidol ac atebion amgylcheddol. </w:t>
            </w:r>
          </w:p>
          <w:p w14:paraId="14179BCD" w14:textId="77777777" w:rsidR="0036019C" w:rsidRPr="00283B01" w:rsidRDefault="0036019C" w:rsidP="0036019C">
            <w:pPr>
              <w:pStyle w:val="ListParagraph"/>
              <w:numPr>
                <w:ilvl w:val="0"/>
                <w:numId w:val="21"/>
              </w:numPr>
              <w:spacing w:line="300" w:lineRule="atLeast"/>
              <w:rPr>
                <w:rFonts w:ascii="Helvetica" w:hAnsi="Helvetica" w:cs="Segoe UI"/>
                <w:szCs w:val="21"/>
              </w:rPr>
            </w:pPr>
            <w:r>
              <w:rPr>
                <w:rFonts w:ascii="Helvetica" w:eastAsia="Helvetica" w:hAnsi="Helvetica" w:cs="Segoe UI"/>
                <w:szCs w:val="21"/>
                <w:lang w:val="cy-GB"/>
              </w:rPr>
              <w:t xml:space="preserve">Dangos sut mae gwahanol yrfaoedd yn cydweithio i gefnogi’r ddinas. </w:t>
            </w:r>
          </w:p>
          <w:p w14:paraId="68C0C151" w14:textId="77777777" w:rsidR="0036019C" w:rsidRPr="00283B01" w:rsidRDefault="0036019C" w:rsidP="0036019C">
            <w:pPr>
              <w:pStyle w:val="ListParagraph"/>
              <w:numPr>
                <w:ilvl w:val="0"/>
                <w:numId w:val="21"/>
              </w:numPr>
              <w:spacing w:line="300" w:lineRule="atLeast"/>
              <w:rPr>
                <w:rFonts w:ascii="Helvetica" w:hAnsi="Helvetica" w:cs="Segoe UI"/>
                <w:szCs w:val="21"/>
              </w:rPr>
            </w:pPr>
            <w:r>
              <w:rPr>
                <w:rFonts w:ascii="Helvetica" w:eastAsia="Helvetica" w:hAnsi="Helvetica" w:cs="Segoe UI"/>
                <w:szCs w:val="21"/>
                <w:lang w:val="cy-GB"/>
              </w:rPr>
              <w:t>Archwilio sut bydd dinasyddion yn byw, yn gweithio ac yn teithio yn y dyfodol.</w:t>
            </w:r>
          </w:p>
        </w:tc>
      </w:tr>
    </w:tbl>
    <w:p w14:paraId="36DAE560" w14:textId="77777777" w:rsidR="0036019C" w:rsidRPr="00283B01" w:rsidRDefault="0036019C" w:rsidP="0036019C">
      <w:pPr>
        <w:rPr>
          <w:rFonts w:ascii="Helvetica" w:hAnsi="Helvetica"/>
        </w:rPr>
      </w:pPr>
    </w:p>
    <w:tbl>
      <w:tblPr>
        <w:tblW w:w="0" w:type="auto"/>
        <w:jc w:val="center"/>
        <w:tblLook w:val="04A0" w:firstRow="1" w:lastRow="0" w:firstColumn="1" w:lastColumn="0" w:noHBand="0" w:noVBand="1"/>
      </w:tblPr>
      <w:tblGrid>
        <w:gridCol w:w="4968"/>
        <w:gridCol w:w="4968"/>
      </w:tblGrid>
      <w:tr w:rsidR="0036019C" w14:paraId="3C24EACE" w14:textId="77777777" w:rsidTr="004D42D8">
        <w:trPr>
          <w:jc w:val="center"/>
        </w:trPr>
        <w:tc>
          <w:tcPr>
            <w:tcW w:w="4968" w:type="dxa"/>
            <w:shd w:val="clear" w:color="auto" w:fill="4F6228" w:themeFill="accent3" w:themeFillShade="80"/>
            <w:tcMar>
              <w:top w:w="160" w:type="dxa"/>
              <w:left w:w="160" w:type="dxa"/>
              <w:bottom w:w="160" w:type="dxa"/>
              <w:right w:w="160" w:type="dxa"/>
            </w:tcMar>
          </w:tcPr>
          <w:p w14:paraId="069E5B96" w14:textId="77777777" w:rsidR="0036019C" w:rsidRPr="00283B01" w:rsidRDefault="0036019C" w:rsidP="004D42D8">
            <w:pPr>
              <w:jc w:val="center"/>
              <w:rPr>
                <w:rFonts w:ascii="Helvetica" w:hAnsi="Helvetica"/>
              </w:rPr>
            </w:pPr>
          </w:p>
        </w:tc>
        <w:tc>
          <w:tcPr>
            <w:tcW w:w="4968" w:type="dxa"/>
            <w:tcMar>
              <w:top w:w="140" w:type="dxa"/>
              <w:left w:w="140" w:type="dxa"/>
              <w:bottom w:w="140" w:type="dxa"/>
              <w:right w:w="140" w:type="dxa"/>
            </w:tcMar>
          </w:tcPr>
          <w:p w14:paraId="042C3674" w14:textId="77777777" w:rsidR="0036019C" w:rsidRPr="006415B8" w:rsidRDefault="0036019C" w:rsidP="004D42D8">
            <w:pPr>
              <w:rPr>
                <w:rFonts w:ascii="Helvetica" w:hAnsi="Helvetica"/>
                <w:color w:val="4F6228" w:themeColor="accent3" w:themeShade="80"/>
              </w:rPr>
            </w:pPr>
            <w:r>
              <w:rPr>
                <w:rFonts w:ascii="Helvetica" w:eastAsia="Helvetica" w:hAnsi="Helvetica" w:cs="Arial"/>
                <w:b/>
                <w:bCs/>
                <w:color w:val="4F6228"/>
                <w:sz w:val="42"/>
                <w:szCs w:val="42"/>
                <w:lang w:val="cy-GB"/>
              </w:rPr>
              <w:t>Cyngor Caerdydd</w:t>
            </w:r>
          </w:p>
          <w:p w14:paraId="2F31B305" w14:textId="77777777" w:rsidR="0036019C" w:rsidRPr="006415B8" w:rsidRDefault="0036019C" w:rsidP="004D42D8">
            <w:pPr>
              <w:rPr>
                <w:rFonts w:ascii="Helvetica" w:hAnsi="Helvetica"/>
                <w:color w:val="4F6228" w:themeColor="accent3" w:themeShade="80"/>
                <w:sz w:val="20"/>
                <w:szCs w:val="20"/>
              </w:rPr>
            </w:pPr>
            <w:r>
              <w:rPr>
                <w:rFonts w:ascii="Helvetica" w:eastAsia="Helvetica" w:hAnsi="Helvetica" w:cs="Arial"/>
                <w:color w:val="4F6228"/>
                <w:sz w:val="20"/>
                <w:szCs w:val="20"/>
                <w:lang w:val="cy-GB"/>
              </w:rPr>
              <w:t>Yn cefnogi cymunedau ledled Caerdydd</w:t>
            </w:r>
          </w:p>
          <w:p w14:paraId="20AD871B" w14:textId="77777777" w:rsidR="0036019C" w:rsidRPr="00283B01" w:rsidRDefault="0036019C" w:rsidP="004D42D8">
            <w:pPr>
              <w:rPr>
                <w:rFonts w:ascii="Helvetica" w:hAnsi="Helvetica"/>
              </w:rPr>
            </w:pPr>
          </w:p>
        </w:tc>
      </w:tr>
    </w:tbl>
    <w:p w14:paraId="6F50AC10" w14:textId="77777777" w:rsidR="0036019C" w:rsidRPr="00283B01" w:rsidRDefault="0036019C" w:rsidP="0036019C">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36019C" w14:paraId="5A13ACB4" w14:textId="77777777" w:rsidTr="004D42D8">
        <w:trPr>
          <w:jc w:val="center"/>
        </w:trPr>
        <w:tc>
          <w:tcPr>
            <w:tcW w:w="993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Mar>
              <w:top w:w="190" w:type="dxa"/>
              <w:left w:w="190" w:type="dxa"/>
              <w:bottom w:w="190" w:type="dxa"/>
              <w:right w:w="190" w:type="dxa"/>
            </w:tcMar>
          </w:tcPr>
          <w:p w14:paraId="04E5C9BE" w14:textId="77777777" w:rsidR="0036019C" w:rsidRPr="006415B8" w:rsidRDefault="0036019C" w:rsidP="004D42D8">
            <w:pPr>
              <w:rPr>
                <w:rFonts w:ascii="Helvetica" w:hAnsi="Helvetica"/>
                <w:b/>
                <w:bCs/>
                <w:color w:val="4F6228" w:themeColor="accent3" w:themeShade="80"/>
                <w:sz w:val="32"/>
                <w:szCs w:val="32"/>
              </w:rPr>
            </w:pPr>
            <w:r>
              <w:rPr>
                <w:rFonts w:ascii="Helvetica" w:eastAsia="Helvetica" w:hAnsi="Helvetica" w:cs="Arial"/>
                <w:b/>
                <w:bCs/>
                <w:color w:val="4F6228"/>
                <w:sz w:val="32"/>
                <w:szCs w:val="32"/>
                <w:lang w:val="cy-GB"/>
              </w:rPr>
              <w:t>Cynhwysiant – Technoleg i Bawb</w:t>
            </w:r>
          </w:p>
          <w:p w14:paraId="7E792F19" w14:textId="77777777" w:rsidR="0036019C" w:rsidRPr="00283B01" w:rsidRDefault="0036019C" w:rsidP="004D42D8">
            <w:pPr>
              <w:rPr>
                <w:rFonts w:ascii="Helvetica" w:hAnsi="Helvetica"/>
                <w:color w:val="000000"/>
                <w:sz w:val="22"/>
              </w:rPr>
            </w:pPr>
            <w:r>
              <w:rPr>
                <w:rFonts w:ascii="Helvetica" w:eastAsia="Helvetica" w:hAnsi="Helvetica" w:cs="Arial"/>
                <w:color w:val="000000"/>
                <w:sz w:val="22"/>
                <w:lang w:val="cy-GB"/>
              </w:rPr>
              <w:t>Dylai pawb gael cyfle i gymryd rhan, cyfathrebu, dysgu a mwynhau profiadau digidol.</w:t>
            </w:r>
          </w:p>
          <w:p w14:paraId="0A10D150" w14:textId="77777777" w:rsidR="0036019C" w:rsidRPr="006415B8" w:rsidRDefault="0036019C" w:rsidP="004D42D8">
            <w:pPr>
              <w:rPr>
                <w:rFonts w:ascii="Helvetica" w:hAnsi="Helvetica"/>
                <w:b/>
                <w:color w:val="4F6228" w:themeColor="accent3" w:themeShade="80"/>
              </w:rPr>
            </w:pPr>
            <w:r>
              <w:rPr>
                <w:rFonts w:ascii="Helvetica" w:eastAsia="Helvetica" w:hAnsi="Helvetica" w:cs="Arial"/>
                <w:b/>
                <w:bCs/>
                <w:color w:val="4F6228"/>
                <w:szCs w:val="21"/>
                <w:lang w:val="cy-GB"/>
              </w:rPr>
              <w:t>Yr her</w:t>
            </w:r>
          </w:p>
          <w:p w14:paraId="423AAE06" w14:textId="77777777" w:rsidR="0036019C" w:rsidRPr="00283B01" w:rsidRDefault="0036019C" w:rsidP="004D42D8">
            <w:pPr>
              <w:rPr>
                <w:rFonts w:ascii="Helvetica" w:hAnsi="Helvetica"/>
                <w:color w:val="000000"/>
                <w:sz w:val="22"/>
              </w:rPr>
            </w:pPr>
            <w:r>
              <w:rPr>
                <w:rFonts w:ascii="Helvetica" w:eastAsia="Helvetica" w:hAnsi="Helvetica" w:cs="Arial"/>
                <w:color w:val="000000"/>
                <w:sz w:val="22"/>
                <w:lang w:val="cy-GB"/>
              </w:rPr>
              <w:t>Crëwch gêm neu gymhwysiad sy'n archwilio sut y gall technoleg wneud gweithgareddau, amgylcheddau neu brofiadau yn fwy cynhwysol a hygyrch.</w:t>
            </w:r>
          </w:p>
          <w:p w14:paraId="6032EC5A" w14:textId="77777777" w:rsidR="0036019C" w:rsidRPr="006415B8" w:rsidRDefault="0036019C" w:rsidP="004D42D8">
            <w:pPr>
              <w:rPr>
                <w:rFonts w:ascii="Helvetica" w:hAnsi="Helvetica"/>
                <w:color w:val="4F6228" w:themeColor="accent3" w:themeShade="80"/>
              </w:rPr>
            </w:pPr>
            <w:r>
              <w:rPr>
                <w:rFonts w:ascii="Helvetica" w:eastAsia="Helvetica" w:hAnsi="Helvetica" w:cs="Arial"/>
                <w:b/>
                <w:bCs/>
                <w:color w:val="4F6228"/>
                <w:szCs w:val="21"/>
                <w:lang w:val="cy-GB"/>
              </w:rPr>
              <w:t>Syniadau i'w harchwilio</w:t>
            </w:r>
          </w:p>
          <w:p w14:paraId="1CA2202C" w14:textId="77777777" w:rsidR="0036019C" w:rsidRPr="00283B01" w:rsidRDefault="0036019C" w:rsidP="0036019C">
            <w:pPr>
              <w:pStyle w:val="ListParagraph"/>
              <w:numPr>
                <w:ilvl w:val="0"/>
                <w:numId w:val="13"/>
              </w:numPr>
              <w:spacing w:after="0"/>
              <w:rPr>
                <w:rFonts w:ascii="Helvetica" w:hAnsi="Helvetica"/>
                <w:color w:val="000000"/>
                <w:sz w:val="22"/>
              </w:rPr>
            </w:pPr>
            <w:r>
              <w:rPr>
                <w:rFonts w:ascii="Helvetica" w:eastAsia="Helvetica" w:hAnsi="Helvetica" w:cs="Arial"/>
                <w:color w:val="000000"/>
                <w:sz w:val="22"/>
                <w:lang w:val="cy-GB"/>
              </w:rPr>
              <w:t>Dylunio gêm y gall pobl â gwahanol alluoedd ei mwynhau.</w:t>
            </w:r>
          </w:p>
          <w:p w14:paraId="12B90BE8" w14:textId="77777777" w:rsidR="0036019C" w:rsidRPr="00283B01" w:rsidRDefault="0036019C" w:rsidP="0036019C">
            <w:pPr>
              <w:pStyle w:val="ListParagraph"/>
              <w:numPr>
                <w:ilvl w:val="0"/>
                <w:numId w:val="13"/>
              </w:numPr>
              <w:rPr>
                <w:rFonts w:ascii="Helvetica" w:hAnsi="Helvetica"/>
                <w:color w:val="000000"/>
                <w:sz w:val="22"/>
              </w:rPr>
            </w:pPr>
            <w:r>
              <w:rPr>
                <w:rFonts w:ascii="Helvetica" w:eastAsia="Helvetica" w:hAnsi="Helvetica" w:cs="Arial"/>
                <w:color w:val="000000"/>
                <w:sz w:val="22"/>
                <w:lang w:val="cy-GB"/>
              </w:rPr>
              <w:t>Creu offeryn sy'n helpu pobl i gyfathrebu neu gymryd rhan.</w:t>
            </w:r>
          </w:p>
          <w:p w14:paraId="600A878A" w14:textId="77777777" w:rsidR="0036019C" w:rsidRPr="00283B01" w:rsidRDefault="0036019C" w:rsidP="0036019C">
            <w:pPr>
              <w:pStyle w:val="ListParagraph"/>
              <w:numPr>
                <w:ilvl w:val="0"/>
                <w:numId w:val="13"/>
              </w:numPr>
              <w:rPr>
                <w:rFonts w:ascii="Helvetica" w:hAnsi="Helvetica"/>
                <w:color w:val="000000"/>
                <w:sz w:val="22"/>
              </w:rPr>
            </w:pPr>
            <w:r>
              <w:rPr>
                <w:rFonts w:ascii="Helvetica" w:eastAsia="Helvetica" w:hAnsi="Helvetica" w:cs="Arial"/>
                <w:color w:val="000000"/>
                <w:sz w:val="22"/>
                <w:lang w:val="cy-GB"/>
              </w:rPr>
              <w:t>Archwilio sut y gall technoleg gael gwared ar rwystrau rhag cynhwysiant.</w:t>
            </w:r>
          </w:p>
          <w:p w14:paraId="0EFEA52F" w14:textId="77777777" w:rsidR="0036019C" w:rsidRPr="00283B01" w:rsidRDefault="0036019C" w:rsidP="0036019C">
            <w:pPr>
              <w:pStyle w:val="ListParagraph"/>
              <w:numPr>
                <w:ilvl w:val="0"/>
                <w:numId w:val="13"/>
              </w:numPr>
              <w:rPr>
                <w:rFonts w:ascii="Helvetica" w:hAnsi="Helvetica"/>
                <w:color w:val="000000"/>
                <w:sz w:val="22"/>
              </w:rPr>
            </w:pPr>
            <w:r>
              <w:rPr>
                <w:rFonts w:ascii="Helvetica" w:eastAsia="Helvetica" w:hAnsi="Helvetica" w:cs="Arial"/>
                <w:color w:val="000000"/>
                <w:sz w:val="22"/>
                <w:lang w:val="cy-GB"/>
              </w:rPr>
              <w:t>Dylunio ysgol, cymuned neu amgylchedd digidol hygyrch.</w:t>
            </w:r>
          </w:p>
        </w:tc>
      </w:tr>
    </w:tbl>
    <w:p w14:paraId="3FD54ACF" w14:textId="77777777" w:rsidR="0036019C" w:rsidRPr="00283B01" w:rsidRDefault="0036019C" w:rsidP="0036019C">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36019C" w14:paraId="1BEC45C2" w14:textId="77777777" w:rsidTr="004D42D8">
        <w:trPr>
          <w:jc w:val="center"/>
        </w:trPr>
        <w:tc>
          <w:tcPr>
            <w:tcW w:w="9936" w:type="dxa"/>
            <w:tcBorders>
              <w:top w:val="single" w:sz="4" w:space="0" w:color="4F6228" w:themeColor="accent3" w:themeShade="80"/>
              <w:left w:val="single" w:sz="4" w:space="0" w:color="4F6228" w:themeColor="accent3" w:themeShade="80"/>
              <w:right w:val="single" w:sz="4" w:space="0" w:color="4F6228" w:themeColor="accent3" w:themeShade="80"/>
            </w:tcBorders>
            <w:tcMar>
              <w:top w:w="190" w:type="dxa"/>
              <w:left w:w="190" w:type="dxa"/>
              <w:bottom w:w="190" w:type="dxa"/>
              <w:right w:w="190" w:type="dxa"/>
            </w:tcMar>
          </w:tcPr>
          <w:p w14:paraId="74A3C3BC" w14:textId="77777777" w:rsidR="0036019C" w:rsidRPr="006415B8" w:rsidRDefault="0036019C" w:rsidP="004D42D8">
            <w:pPr>
              <w:rPr>
                <w:rFonts w:ascii="Helvetica" w:hAnsi="Helvetica"/>
                <w:b/>
                <w:bCs/>
                <w:color w:val="4F6228" w:themeColor="accent3" w:themeShade="80"/>
                <w:sz w:val="32"/>
                <w:szCs w:val="32"/>
              </w:rPr>
            </w:pPr>
            <w:r>
              <w:rPr>
                <w:rFonts w:ascii="Helvetica" w:eastAsia="Helvetica" w:hAnsi="Helvetica" w:cs="Arial"/>
                <w:b/>
                <w:bCs/>
                <w:color w:val="4F6228"/>
                <w:sz w:val="32"/>
                <w:szCs w:val="32"/>
                <w:lang w:val="cy-GB"/>
              </w:rPr>
              <w:t xml:space="preserve">Caerdydd Un Blaned – Ein Dinas Gynaliadwy </w:t>
            </w:r>
          </w:p>
          <w:p w14:paraId="4998E9A6" w14:textId="77777777" w:rsidR="0036019C" w:rsidRPr="006415B8" w:rsidRDefault="0036019C" w:rsidP="004D42D8">
            <w:pPr>
              <w:spacing w:after="0" w:line="300" w:lineRule="atLeast"/>
              <w:rPr>
                <w:rFonts w:ascii="Helvetica" w:hAnsi="Helvetica" w:cs="Segoe UI"/>
                <w:color w:val="4F6228" w:themeColor="accent3" w:themeShade="80"/>
                <w:szCs w:val="21"/>
              </w:rPr>
            </w:pPr>
            <w:r>
              <w:rPr>
                <w:rFonts w:ascii="Helvetica" w:eastAsia="Helvetica" w:hAnsi="Helvetica" w:cs="Arial"/>
                <w:color w:val="000000"/>
                <w:sz w:val="22"/>
                <w:lang w:val="cy-GB"/>
              </w:rPr>
              <w:t>Mae Caerdydd yn gweithio i ddod yn ddinas fwy cynaliadwy. Mae gan bawb ohonom gyfraniad i’w wneud at ddiogelu ein hamgylchedd a sicrhau bod Caerdydd yn lle gwych i fyw ynddo.</w:t>
            </w:r>
            <w:r>
              <w:rPr>
                <w:rFonts w:ascii="Helvetica" w:eastAsia="Helvetica" w:hAnsi="Helvetica" w:cs="Segoe UI"/>
                <w:szCs w:val="21"/>
                <w:lang w:val="cy-GB"/>
              </w:rPr>
              <w:br/>
            </w:r>
          </w:p>
          <w:p w14:paraId="0A4863F1" w14:textId="77777777" w:rsidR="0036019C" w:rsidRPr="006415B8" w:rsidRDefault="0036019C" w:rsidP="004D42D8">
            <w:pPr>
              <w:rPr>
                <w:rFonts w:ascii="Helvetica" w:hAnsi="Helvetica"/>
                <w:b/>
                <w:color w:val="4F6228" w:themeColor="accent3" w:themeShade="80"/>
              </w:rPr>
            </w:pPr>
            <w:r>
              <w:rPr>
                <w:rFonts w:ascii="Helvetica" w:eastAsia="Helvetica" w:hAnsi="Helvetica" w:cs="Arial"/>
                <w:b/>
                <w:bCs/>
                <w:color w:val="4F6228"/>
                <w:szCs w:val="21"/>
                <w:lang w:val="cy-GB"/>
              </w:rPr>
              <w:t>Yr her</w:t>
            </w:r>
          </w:p>
          <w:p w14:paraId="162ED7D7" w14:textId="77777777" w:rsidR="0036019C" w:rsidRPr="00283B01" w:rsidRDefault="0036019C" w:rsidP="004D42D8">
            <w:pPr>
              <w:spacing w:after="0" w:line="300" w:lineRule="atLeast"/>
              <w:rPr>
                <w:rFonts w:ascii="Helvetica" w:hAnsi="Helvetica" w:cs="Segoe UI"/>
                <w:szCs w:val="21"/>
              </w:rPr>
            </w:pPr>
            <w:r>
              <w:rPr>
                <w:rFonts w:ascii="Helvetica" w:eastAsia="Helvetica" w:hAnsi="Helvetica" w:cs="Arial"/>
                <w:color w:val="000000"/>
                <w:sz w:val="22"/>
                <w:lang w:val="cy-GB"/>
              </w:rPr>
              <w:t xml:space="preserve">Crëwch gêm </w:t>
            </w:r>
            <w:proofErr w:type="spellStart"/>
            <w:r>
              <w:rPr>
                <w:rFonts w:ascii="Helvetica" w:eastAsia="Helvetica" w:hAnsi="Helvetica" w:cs="Arial"/>
                <w:color w:val="000000"/>
                <w:sz w:val="22"/>
                <w:lang w:val="cy-GB"/>
              </w:rPr>
              <w:t>Scratch</w:t>
            </w:r>
            <w:proofErr w:type="spellEnd"/>
            <w:r>
              <w:rPr>
                <w:rFonts w:ascii="Helvetica" w:eastAsia="Helvetica" w:hAnsi="Helvetica" w:cs="Arial"/>
                <w:color w:val="000000"/>
                <w:sz w:val="22"/>
                <w:lang w:val="cy-GB"/>
              </w:rPr>
              <w:t xml:space="preserve"> sy'n archwilio sut y gall pobl wneud Caerdydd yn fwy cynaliadwy a helpu i amddiffyn ein planed.</w:t>
            </w:r>
            <w:r>
              <w:rPr>
                <w:rFonts w:ascii="Helvetica" w:eastAsia="Helvetica" w:hAnsi="Helvetica" w:cs="Arial"/>
                <w:color w:val="000000"/>
                <w:sz w:val="22"/>
                <w:lang w:val="cy-GB"/>
              </w:rPr>
              <w:br/>
            </w:r>
          </w:p>
          <w:p w14:paraId="1E1B0AEE" w14:textId="77777777" w:rsidR="0036019C" w:rsidRPr="006415B8" w:rsidRDefault="0036019C" w:rsidP="004D42D8">
            <w:pPr>
              <w:rPr>
                <w:rFonts w:ascii="Helvetica" w:hAnsi="Helvetica"/>
                <w:color w:val="4F6228" w:themeColor="accent3" w:themeShade="80"/>
              </w:rPr>
            </w:pPr>
            <w:r>
              <w:rPr>
                <w:rFonts w:ascii="Helvetica" w:eastAsia="Helvetica" w:hAnsi="Helvetica" w:cs="Arial"/>
                <w:b/>
                <w:bCs/>
                <w:color w:val="4F6228"/>
                <w:szCs w:val="21"/>
                <w:lang w:val="cy-GB"/>
              </w:rPr>
              <w:t>Syniadau i'w harchwilio</w:t>
            </w:r>
          </w:p>
          <w:p w14:paraId="0E7F0C4E" w14:textId="77777777" w:rsidR="0036019C" w:rsidRPr="00283B01" w:rsidRDefault="0036019C" w:rsidP="0036019C">
            <w:pPr>
              <w:pStyle w:val="ListParagraph"/>
              <w:numPr>
                <w:ilvl w:val="0"/>
                <w:numId w:val="14"/>
              </w:numPr>
              <w:spacing w:after="0"/>
              <w:rPr>
                <w:rFonts w:ascii="Helvetica" w:hAnsi="Helvetica"/>
                <w:color w:val="000000"/>
                <w:sz w:val="22"/>
              </w:rPr>
            </w:pPr>
            <w:r>
              <w:rPr>
                <w:rFonts w:ascii="Helvetica" w:eastAsia="Helvetica" w:hAnsi="Helvetica" w:cs="Arial"/>
                <w:color w:val="000000"/>
                <w:sz w:val="22"/>
                <w:lang w:val="cy-GB"/>
              </w:rPr>
              <w:t>Creu gêm lle bydd chwaraewyr yn gwneud dewisiadau cynaliadwy ynghylch Caerdydd.</w:t>
            </w:r>
          </w:p>
          <w:p w14:paraId="3B07B685" w14:textId="77777777" w:rsidR="0036019C" w:rsidRPr="00283B01" w:rsidRDefault="0036019C" w:rsidP="0036019C">
            <w:pPr>
              <w:pStyle w:val="ListParagraph"/>
              <w:numPr>
                <w:ilvl w:val="0"/>
                <w:numId w:val="14"/>
              </w:numPr>
              <w:rPr>
                <w:rFonts w:ascii="Helvetica" w:hAnsi="Helvetica"/>
                <w:color w:val="000000"/>
                <w:sz w:val="22"/>
              </w:rPr>
            </w:pPr>
            <w:r>
              <w:rPr>
                <w:rFonts w:ascii="Helvetica" w:eastAsia="Helvetica" w:hAnsi="Helvetica" w:cs="Arial"/>
                <w:color w:val="000000"/>
                <w:sz w:val="22"/>
                <w:lang w:val="cy-GB"/>
              </w:rPr>
              <w:t>Dylunio gêm sy'n annog ailgylchu, lleihau gwastraff neu arbed ynni.</w:t>
            </w:r>
          </w:p>
          <w:p w14:paraId="31F1F046" w14:textId="77777777" w:rsidR="0036019C" w:rsidRPr="00283B01" w:rsidRDefault="0036019C" w:rsidP="0036019C">
            <w:pPr>
              <w:pStyle w:val="ListParagraph"/>
              <w:numPr>
                <w:ilvl w:val="0"/>
                <w:numId w:val="14"/>
              </w:numPr>
              <w:rPr>
                <w:rFonts w:ascii="Helvetica" w:hAnsi="Helvetica"/>
                <w:color w:val="000000"/>
                <w:sz w:val="22"/>
              </w:rPr>
            </w:pPr>
            <w:r>
              <w:rPr>
                <w:rFonts w:ascii="Helvetica" w:eastAsia="Helvetica" w:hAnsi="Helvetica" w:cs="Arial"/>
                <w:color w:val="000000"/>
                <w:sz w:val="22"/>
                <w:lang w:val="cy-GB"/>
              </w:rPr>
              <w:t>Creu gêm ynghylch teithio cynaliadwy, er enghraifft, cerdded, seiclo neu ddefnyddio cludiant cyhoeddus.</w:t>
            </w:r>
          </w:p>
          <w:p w14:paraId="299B6CBF" w14:textId="77777777" w:rsidR="0036019C" w:rsidRPr="00283B01" w:rsidRDefault="0036019C" w:rsidP="0036019C">
            <w:pPr>
              <w:pStyle w:val="ListParagraph"/>
              <w:numPr>
                <w:ilvl w:val="0"/>
                <w:numId w:val="14"/>
              </w:numPr>
              <w:rPr>
                <w:rFonts w:ascii="Helvetica" w:hAnsi="Helvetica"/>
                <w:color w:val="000000"/>
                <w:sz w:val="22"/>
              </w:rPr>
            </w:pPr>
            <w:r>
              <w:rPr>
                <w:rFonts w:ascii="Helvetica" w:eastAsia="Helvetica" w:hAnsi="Helvetica" w:cs="Arial"/>
                <w:color w:val="000000"/>
                <w:sz w:val="22"/>
                <w:lang w:val="cy-GB"/>
              </w:rPr>
              <w:t>Dylunio Caerdydd rithiol lle bydd chwaraewyr yn gwneud newidiadau i greu dinas fwy gwyrdd ac iachach.</w:t>
            </w:r>
          </w:p>
          <w:p w14:paraId="4AA7A185" w14:textId="77777777" w:rsidR="0036019C" w:rsidRPr="00283B01" w:rsidRDefault="0036019C" w:rsidP="004D42D8">
            <w:pPr>
              <w:pStyle w:val="ListParagraph"/>
              <w:spacing w:line="300" w:lineRule="atLeast"/>
              <w:rPr>
                <w:rFonts w:ascii="Helvetica" w:hAnsi="Helvetica" w:cs="Segoe UI"/>
                <w:szCs w:val="21"/>
              </w:rPr>
            </w:pPr>
          </w:p>
        </w:tc>
      </w:tr>
    </w:tbl>
    <w:p w14:paraId="523CE02B" w14:textId="77777777" w:rsidR="0036019C" w:rsidRPr="00283B01" w:rsidRDefault="0036019C" w:rsidP="0036019C">
      <w:pPr>
        <w:rPr>
          <w:rFonts w:ascii="Helvetica" w:hAnsi="Helvetica"/>
        </w:rPr>
      </w:pPr>
    </w:p>
    <w:p w14:paraId="0470B069" w14:textId="77777777" w:rsidR="0036019C" w:rsidRPr="009666D9" w:rsidRDefault="0036019C" w:rsidP="0036019C">
      <w:pPr>
        <w:rPr>
          <w:rFonts w:ascii="CG Times" w:hAnsi="CG Times"/>
        </w:rPr>
      </w:pPr>
    </w:p>
    <w:p w14:paraId="5E8D203D" w14:textId="2A2F1CDA" w:rsidR="00C516E8" w:rsidRPr="0089220E" w:rsidRDefault="00C516E8">
      <w:pPr>
        <w:rPr>
          <w:rFonts w:ascii="Helvetica" w:hAnsi="Helvetica"/>
        </w:rPr>
      </w:pPr>
    </w:p>
    <w:sectPr w:rsidR="00C516E8" w:rsidRPr="0089220E" w:rsidSect="00034616">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4B71" w14:textId="77777777" w:rsidR="00F82499" w:rsidRDefault="00F82499">
      <w:pPr>
        <w:spacing w:after="0" w:line="240" w:lineRule="auto"/>
      </w:pPr>
      <w:r>
        <w:separator/>
      </w:r>
    </w:p>
  </w:endnote>
  <w:endnote w:type="continuationSeparator" w:id="0">
    <w:p w14:paraId="71E537B8" w14:textId="77777777" w:rsidR="00F82499" w:rsidRDefault="00F82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3CBD" w14:textId="77777777" w:rsidR="00567AA3" w:rsidRDefault="00D67D08">
    <w:pPr>
      <w:pStyle w:val="Footer"/>
      <w:jc w:val="center"/>
    </w:pPr>
    <w:r>
      <w:rPr>
        <w:rFonts w:eastAsia="Aptos" w:cs="Arial"/>
        <w:color w:val="646464"/>
        <w:sz w:val="16"/>
        <w:szCs w:val="16"/>
        <w:lang w:val="cy-GB"/>
      </w:rPr>
      <w:t>Her Codio 2027 | Themâu Cysylltiol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FB8D" w14:textId="77777777" w:rsidR="00F82499" w:rsidRDefault="00F82499">
      <w:pPr>
        <w:spacing w:after="0" w:line="240" w:lineRule="auto"/>
      </w:pPr>
      <w:r>
        <w:separator/>
      </w:r>
    </w:p>
  </w:footnote>
  <w:footnote w:type="continuationSeparator" w:id="0">
    <w:p w14:paraId="3248CF79" w14:textId="77777777" w:rsidR="00F82499" w:rsidRDefault="00F824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644163"/>
    <w:multiLevelType w:val="multilevel"/>
    <w:tmpl w:val="74F4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F5895"/>
    <w:multiLevelType w:val="multilevel"/>
    <w:tmpl w:val="1D62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865AD"/>
    <w:multiLevelType w:val="hybridMultilevel"/>
    <w:tmpl w:val="C43477AA"/>
    <w:lvl w:ilvl="0" w:tplc="24B6E700">
      <w:start w:val="1"/>
      <w:numFmt w:val="bullet"/>
      <w:lvlText w:val=""/>
      <w:lvlJc w:val="left"/>
      <w:pPr>
        <w:ind w:left="720" w:hanging="360"/>
      </w:pPr>
      <w:rPr>
        <w:rFonts w:ascii="Symbol" w:hAnsi="Symbol" w:hint="default"/>
      </w:rPr>
    </w:lvl>
    <w:lvl w:ilvl="1" w:tplc="77100730" w:tentative="1">
      <w:start w:val="1"/>
      <w:numFmt w:val="bullet"/>
      <w:lvlText w:val="o"/>
      <w:lvlJc w:val="left"/>
      <w:pPr>
        <w:ind w:left="1440" w:hanging="360"/>
      </w:pPr>
      <w:rPr>
        <w:rFonts w:ascii="Courier New" w:hAnsi="Courier New" w:cs="Courier New" w:hint="default"/>
      </w:rPr>
    </w:lvl>
    <w:lvl w:ilvl="2" w:tplc="1D466114" w:tentative="1">
      <w:start w:val="1"/>
      <w:numFmt w:val="bullet"/>
      <w:lvlText w:val=""/>
      <w:lvlJc w:val="left"/>
      <w:pPr>
        <w:ind w:left="2160" w:hanging="360"/>
      </w:pPr>
      <w:rPr>
        <w:rFonts w:ascii="Wingdings" w:hAnsi="Wingdings" w:hint="default"/>
      </w:rPr>
    </w:lvl>
    <w:lvl w:ilvl="3" w:tplc="BCE071E2" w:tentative="1">
      <w:start w:val="1"/>
      <w:numFmt w:val="bullet"/>
      <w:lvlText w:val=""/>
      <w:lvlJc w:val="left"/>
      <w:pPr>
        <w:ind w:left="2880" w:hanging="360"/>
      </w:pPr>
      <w:rPr>
        <w:rFonts w:ascii="Symbol" w:hAnsi="Symbol" w:hint="default"/>
      </w:rPr>
    </w:lvl>
    <w:lvl w:ilvl="4" w:tplc="5E541D9C" w:tentative="1">
      <w:start w:val="1"/>
      <w:numFmt w:val="bullet"/>
      <w:lvlText w:val="o"/>
      <w:lvlJc w:val="left"/>
      <w:pPr>
        <w:ind w:left="3600" w:hanging="360"/>
      </w:pPr>
      <w:rPr>
        <w:rFonts w:ascii="Courier New" w:hAnsi="Courier New" w:cs="Courier New" w:hint="default"/>
      </w:rPr>
    </w:lvl>
    <w:lvl w:ilvl="5" w:tplc="39585EFE" w:tentative="1">
      <w:start w:val="1"/>
      <w:numFmt w:val="bullet"/>
      <w:lvlText w:val=""/>
      <w:lvlJc w:val="left"/>
      <w:pPr>
        <w:ind w:left="4320" w:hanging="360"/>
      </w:pPr>
      <w:rPr>
        <w:rFonts w:ascii="Wingdings" w:hAnsi="Wingdings" w:hint="default"/>
      </w:rPr>
    </w:lvl>
    <w:lvl w:ilvl="6" w:tplc="94D2A43A" w:tentative="1">
      <w:start w:val="1"/>
      <w:numFmt w:val="bullet"/>
      <w:lvlText w:val=""/>
      <w:lvlJc w:val="left"/>
      <w:pPr>
        <w:ind w:left="5040" w:hanging="360"/>
      </w:pPr>
      <w:rPr>
        <w:rFonts w:ascii="Symbol" w:hAnsi="Symbol" w:hint="default"/>
      </w:rPr>
    </w:lvl>
    <w:lvl w:ilvl="7" w:tplc="E5B87410" w:tentative="1">
      <w:start w:val="1"/>
      <w:numFmt w:val="bullet"/>
      <w:lvlText w:val="o"/>
      <w:lvlJc w:val="left"/>
      <w:pPr>
        <w:ind w:left="5760" w:hanging="360"/>
      </w:pPr>
      <w:rPr>
        <w:rFonts w:ascii="Courier New" w:hAnsi="Courier New" w:cs="Courier New" w:hint="default"/>
      </w:rPr>
    </w:lvl>
    <w:lvl w:ilvl="8" w:tplc="026652D6" w:tentative="1">
      <w:start w:val="1"/>
      <w:numFmt w:val="bullet"/>
      <w:lvlText w:val=""/>
      <w:lvlJc w:val="left"/>
      <w:pPr>
        <w:ind w:left="6480" w:hanging="360"/>
      </w:pPr>
      <w:rPr>
        <w:rFonts w:ascii="Wingdings" w:hAnsi="Wingdings" w:hint="default"/>
      </w:rPr>
    </w:lvl>
  </w:abstractNum>
  <w:abstractNum w:abstractNumId="12" w15:restartNumberingAfterBreak="0">
    <w:nsid w:val="28186855"/>
    <w:multiLevelType w:val="hybridMultilevel"/>
    <w:tmpl w:val="C5ACCCBA"/>
    <w:lvl w:ilvl="0" w:tplc="5C18630E">
      <w:start w:val="1"/>
      <w:numFmt w:val="bullet"/>
      <w:lvlText w:val=""/>
      <w:lvlJc w:val="left"/>
      <w:pPr>
        <w:ind w:left="720" w:hanging="360"/>
      </w:pPr>
      <w:rPr>
        <w:rFonts w:ascii="Symbol" w:hAnsi="Symbol" w:hint="default"/>
      </w:rPr>
    </w:lvl>
    <w:lvl w:ilvl="1" w:tplc="9CA295AE" w:tentative="1">
      <w:start w:val="1"/>
      <w:numFmt w:val="bullet"/>
      <w:lvlText w:val="o"/>
      <w:lvlJc w:val="left"/>
      <w:pPr>
        <w:ind w:left="1440" w:hanging="360"/>
      </w:pPr>
      <w:rPr>
        <w:rFonts w:ascii="Courier New" w:hAnsi="Courier New" w:cs="Courier New" w:hint="default"/>
      </w:rPr>
    </w:lvl>
    <w:lvl w:ilvl="2" w:tplc="A60EE75E" w:tentative="1">
      <w:start w:val="1"/>
      <w:numFmt w:val="bullet"/>
      <w:lvlText w:val=""/>
      <w:lvlJc w:val="left"/>
      <w:pPr>
        <w:ind w:left="2160" w:hanging="360"/>
      </w:pPr>
      <w:rPr>
        <w:rFonts w:ascii="Wingdings" w:hAnsi="Wingdings" w:hint="default"/>
      </w:rPr>
    </w:lvl>
    <w:lvl w:ilvl="3" w:tplc="BE1A8B50" w:tentative="1">
      <w:start w:val="1"/>
      <w:numFmt w:val="bullet"/>
      <w:lvlText w:val=""/>
      <w:lvlJc w:val="left"/>
      <w:pPr>
        <w:ind w:left="2880" w:hanging="360"/>
      </w:pPr>
      <w:rPr>
        <w:rFonts w:ascii="Symbol" w:hAnsi="Symbol" w:hint="default"/>
      </w:rPr>
    </w:lvl>
    <w:lvl w:ilvl="4" w:tplc="04EA060A" w:tentative="1">
      <w:start w:val="1"/>
      <w:numFmt w:val="bullet"/>
      <w:lvlText w:val="o"/>
      <w:lvlJc w:val="left"/>
      <w:pPr>
        <w:ind w:left="3600" w:hanging="360"/>
      </w:pPr>
      <w:rPr>
        <w:rFonts w:ascii="Courier New" w:hAnsi="Courier New" w:cs="Courier New" w:hint="default"/>
      </w:rPr>
    </w:lvl>
    <w:lvl w:ilvl="5" w:tplc="0EB0B5AA" w:tentative="1">
      <w:start w:val="1"/>
      <w:numFmt w:val="bullet"/>
      <w:lvlText w:val=""/>
      <w:lvlJc w:val="left"/>
      <w:pPr>
        <w:ind w:left="4320" w:hanging="360"/>
      </w:pPr>
      <w:rPr>
        <w:rFonts w:ascii="Wingdings" w:hAnsi="Wingdings" w:hint="default"/>
      </w:rPr>
    </w:lvl>
    <w:lvl w:ilvl="6" w:tplc="C464B35C" w:tentative="1">
      <w:start w:val="1"/>
      <w:numFmt w:val="bullet"/>
      <w:lvlText w:val=""/>
      <w:lvlJc w:val="left"/>
      <w:pPr>
        <w:ind w:left="5040" w:hanging="360"/>
      </w:pPr>
      <w:rPr>
        <w:rFonts w:ascii="Symbol" w:hAnsi="Symbol" w:hint="default"/>
      </w:rPr>
    </w:lvl>
    <w:lvl w:ilvl="7" w:tplc="53EE2D96" w:tentative="1">
      <w:start w:val="1"/>
      <w:numFmt w:val="bullet"/>
      <w:lvlText w:val="o"/>
      <w:lvlJc w:val="left"/>
      <w:pPr>
        <w:ind w:left="5760" w:hanging="360"/>
      </w:pPr>
      <w:rPr>
        <w:rFonts w:ascii="Courier New" w:hAnsi="Courier New" w:cs="Courier New" w:hint="default"/>
      </w:rPr>
    </w:lvl>
    <w:lvl w:ilvl="8" w:tplc="40E4FCF4" w:tentative="1">
      <w:start w:val="1"/>
      <w:numFmt w:val="bullet"/>
      <w:lvlText w:val=""/>
      <w:lvlJc w:val="left"/>
      <w:pPr>
        <w:ind w:left="6480" w:hanging="360"/>
      </w:pPr>
      <w:rPr>
        <w:rFonts w:ascii="Wingdings" w:hAnsi="Wingdings" w:hint="default"/>
      </w:rPr>
    </w:lvl>
  </w:abstractNum>
  <w:abstractNum w:abstractNumId="13" w15:restartNumberingAfterBreak="0">
    <w:nsid w:val="2AB04B7B"/>
    <w:multiLevelType w:val="multilevel"/>
    <w:tmpl w:val="0ABE6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A312F"/>
    <w:multiLevelType w:val="multilevel"/>
    <w:tmpl w:val="2B94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169DF"/>
    <w:multiLevelType w:val="multilevel"/>
    <w:tmpl w:val="AA74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E96D49"/>
    <w:multiLevelType w:val="multilevel"/>
    <w:tmpl w:val="CAF8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60936"/>
    <w:multiLevelType w:val="multilevel"/>
    <w:tmpl w:val="05B4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B36BD8"/>
    <w:multiLevelType w:val="hybridMultilevel"/>
    <w:tmpl w:val="15163F4A"/>
    <w:lvl w:ilvl="0" w:tplc="1068C288">
      <w:start w:val="1"/>
      <w:numFmt w:val="bullet"/>
      <w:lvlText w:val=""/>
      <w:lvlJc w:val="left"/>
      <w:pPr>
        <w:ind w:left="720" w:hanging="360"/>
      </w:pPr>
      <w:rPr>
        <w:rFonts w:ascii="Symbol" w:hAnsi="Symbol" w:hint="default"/>
      </w:rPr>
    </w:lvl>
    <w:lvl w:ilvl="1" w:tplc="6F2A0E72" w:tentative="1">
      <w:start w:val="1"/>
      <w:numFmt w:val="bullet"/>
      <w:lvlText w:val="o"/>
      <w:lvlJc w:val="left"/>
      <w:pPr>
        <w:ind w:left="1440" w:hanging="360"/>
      </w:pPr>
      <w:rPr>
        <w:rFonts w:ascii="Courier New" w:hAnsi="Courier New" w:cs="Courier New" w:hint="default"/>
      </w:rPr>
    </w:lvl>
    <w:lvl w:ilvl="2" w:tplc="83FCBBC6" w:tentative="1">
      <w:start w:val="1"/>
      <w:numFmt w:val="bullet"/>
      <w:lvlText w:val=""/>
      <w:lvlJc w:val="left"/>
      <w:pPr>
        <w:ind w:left="2160" w:hanging="360"/>
      </w:pPr>
      <w:rPr>
        <w:rFonts w:ascii="Wingdings" w:hAnsi="Wingdings" w:hint="default"/>
      </w:rPr>
    </w:lvl>
    <w:lvl w:ilvl="3" w:tplc="51A20E74" w:tentative="1">
      <w:start w:val="1"/>
      <w:numFmt w:val="bullet"/>
      <w:lvlText w:val=""/>
      <w:lvlJc w:val="left"/>
      <w:pPr>
        <w:ind w:left="2880" w:hanging="360"/>
      </w:pPr>
      <w:rPr>
        <w:rFonts w:ascii="Symbol" w:hAnsi="Symbol" w:hint="default"/>
      </w:rPr>
    </w:lvl>
    <w:lvl w:ilvl="4" w:tplc="B2AC262A" w:tentative="1">
      <w:start w:val="1"/>
      <w:numFmt w:val="bullet"/>
      <w:lvlText w:val="o"/>
      <w:lvlJc w:val="left"/>
      <w:pPr>
        <w:ind w:left="3600" w:hanging="360"/>
      </w:pPr>
      <w:rPr>
        <w:rFonts w:ascii="Courier New" w:hAnsi="Courier New" w:cs="Courier New" w:hint="default"/>
      </w:rPr>
    </w:lvl>
    <w:lvl w:ilvl="5" w:tplc="8740068A" w:tentative="1">
      <w:start w:val="1"/>
      <w:numFmt w:val="bullet"/>
      <w:lvlText w:val=""/>
      <w:lvlJc w:val="left"/>
      <w:pPr>
        <w:ind w:left="4320" w:hanging="360"/>
      </w:pPr>
      <w:rPr>
        <w:rFonts w:ascii="Wingdings" w:hAnsi="Wingdings" w:hint="default"/>
      </w:rPr>
    </w:lvl>
    <w:lvl w:ilvl="6" w:tplc="1FEAC166" w:tentative="1">
      <w:start w:val="1"/>
      <w:numFmt w:val="bullet"/>
      <w:lvlText w:val=""/>
      <w:lvlJc w:val="left"/>
      <w:pPr>
        <w:ind w:left="5040" w:hanging="360"/>
      </w:pPr>
      <w:rPr>
        <w:rFonts w:ascii="Symbol" w:hAnsi="Symbol" w:hint="default"/>
      </w:rPr>
    </w:lvl>
    <w:lvl w:ilvl="7" w:tplc="FE0E2588" w:tentative="1">
      <w:start w:val="1"/>
      <w:numFmt w:val="bullet"/>
      <w:lvlText w:val="o"/>
      <w:lvlJc w:val="left"/>
      <w:pPr>
        <w:ind w:left="5760" w:hanging="360"/>
      </w:pPr>
      <w:rPr>
        <w:rFonts w:ascii="Courier New" w:hAnsi="Courier New" w:cs="Courier New" w:hint="default"/>
      </w:rPr>
    </w:lvl>
    <w:lvl w:ilvl="8" w:tplc="289C4730" w:tentative="1">
      <w:start w:val="1"/>
      <w:numFmt w:val="bullet"/>
      <w:lvlText w:val=""/>
      <w:lvlJc w:val="left"/>
      <w:pPr>
        <w:ind w:left="6480" w:hanging="360"/>
      </w:pPr>
      <w:rPr>
        <w:rFonts w:ascii="Wingdings" w:hAnsi="Wingdings" w:hint="default"/>
      </w:rPr>
    </w:lvl>
  </w:abstractNum>
  <w:abstractNum w:abstractNumId="19" w15:restartNumberingAfterBreak="0">
    <w:nsid w:val="5F396B39"/>
    <w:multiLevelType w:val="multilevel"/>
    <w:tmpl w:val="8CBE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136BC3"/>
    <w:multiLevelType w:val="hybridMultilevel"/>
    <w:tmpl w:val="84AC3A36"/>
    <w:lvl w:ilvl="0" w:tplc="AD52D232">
      <w:start w:val="1"/>
      <w:numFmt w:val="decimal"/>
      <w:lvlText w:val="%1."/>
      <w:lvlJc w:val="left"/>
      <w:pPr>
        <w:ind w:left="720" w:hanging="360"/>
      </w:pPr>
      <w:rPr>
        <w:rFonts w:hint="default"/>
        <w:b/>
      </w:rPr>
    </w:lvl>
    <w:lvl w:ilvl="1" w:tplc="89C48610" w:tentative="1">
      <w:start w:val="1"/>
      <w:numFmt w:val="lowerLetter"/>
      <w:lvlText w:val="%2."/>
      <w:lvlJc w:val="left"/>
      <w:pPr>
        <w:ind w:left="1440" w:hanging="360"/>
      </w:pPr>
    </w:lvl>
    <w:lvl w:ilvl="2" w:tplc="9718F2D6" w:tentative="1">
      <w:start w:val="1"/>
      <w:numFmt w:val="lowerRoman"/>
      <w:lvlText w:val="%3."/>
      <w:lvlJc w:val="right"/>
      <w:pPr>
        <w:ind w:left="2160" w:hanging="180"/>
      </w:pPr>
    </w:lvl>
    <w:lvl w:ilvl="3" w:tplc="9A5E9CF0" w:tentative="1">
      <w:start w:val="1"/>
      <w:numFmt w:val="decimal"/>
      <w:lvlText w:val="%4."/>
      <w:lvlJc w:val="left"/>
      <w:pPr>
        <w:ind w:left="2880" w:hanging="360"/>
      </w:pPr>
    </w:lvl>
    <w:lvl w:ilvl="4" w:tplc="0A86FB82" w:tentative="1">
      <w:start w:val="1"/>
      <w:numFmt w:val="lowerLetter"/>
      <w:lvlText w:val="%5."/>
      <w:lvlJc w:val="left"/>
      <w:pPr>
        <w:ind w:left="3600" w:hanging="360"/>
      </w:pPr>
    </w:lvl>
    <w:lvl w:ilvl="5" w:tplc="4E56C690" w:tentative="1">
      <w:start w:val="1"/>
      <w:numFmt w:val="lowerRoman"/>
      <w:lvlText w:val="%6."/>
      <w:lvlJc w:val="right"/>
      <w:pPr>
        <w:ind w:left="4320" w:hanging="180"/>
      </w:pPr>
    </w:lvl>
    <w:lvl w:ilvl="6" w:tplc="07EA1076" w:tentative="1">
      <w:start w:val="1"/>
      <w:numFmt w:val="decimal"/>
      <w:lvlText w:val="%7."/>
      <w:lvlJc w:val="left"/>
      <w:pPr>
        <w:ind w:left="5040" w:hanging="360"/>
      </w:pPr>
    </w:lvl>
    <w:lvl w:ilvl="7" w:tplc="BD2A77D4" w:tentative="1">
      <w:start w:val="1"/>
      <w:numFmt w:val="lowerLetter"/>
      <w:lvlText w:val="%8."/>
      <w:lvlJc w:val="left"/>
      <w:pPr>
        <w:ind w:left="5760" w:hanging="360"/>
      </w:pPr>
    </w:lvl>
    <w:lvl w:ilvl="8" w:tplc="69FA1CD8" w:tentative="1">
      <w:start w:val="1"/>
      <w:numFmt w:val="lowerRoman"/>
      <w:lvlText w:val="%9."/>
      <w:lvlJc w:val="right"/>
      <w:pPr>
        <w:ind w:left="6480" w:hanging="180"/>
      </w:pPr>
    </w:lvl>
  </w:abstractNum>
  <w:abstractNum w:abstractNumId="21" w15:restartNumberingAfterBreak="0">
    <w:nsid w:val="6E7E1E36"/>
    <w:multiLevelType w:val="multilevel"/>
    <w:tmpl w:val="4A506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3756097">
    <w:abstractNumId w:val="5"/>
  </w:num>
  <w:num w:numId="2" w16cid:durableId="1558399050">
    <w:abstractNumId w:val="6"/>
  </w:num>
  <w:num w:numId="3" w16cid:durableId="1691444005">
    <w:abstractNumId w:val="0"/>
  </w:num>
  <w:num w:numId="4" w16cid:durableId="1845365005">
    <w:abstractNumId w:val="1"/>
  </w:num>
  <w:num w:numId="5" w16cid:durableId="2035883222">
    <w:abstractNumId w:val="3"/>
  </w:num>
  <w:num w:numId="6" w16cid:durableId="2101682821">
    <w:abstractNumId w:val="8"/>
  </w:num>
  <w:num w:numId="7" w16cid:durableId="498619839">
    <w:abstractNumId w:val="7"/>
  </w:num>
  <w:num w:numId="8" w16cid:durableId="759722471">
    <w:abstractNumId w:val="4"/>
  </w:num>
  <w:num w:numId="9" w16cid:durableId="845824528">
    <w:abstractNumId w:val="2"/>
  </w:num>
  <w:num w:numId="10" w16cid:durableId="1025598000">
    <w:abstractNumId w:val="17"/>
  </w:num>
  <w:num w:numId="11" w16cid:durableId="1060788401">
    <w:abstractNumId w:val="10"/>
  </w:num>
  <w:num w:numId="12" w16cid:durableId="1130592466">
    <w:abstractNumId w:val="9"/>
  </w:num>
  <w:num w:numId="13" w16cid:durableId="1210802011">
    <w:abstractNumId w:val="18"/>
  </w:num>
  <w:num w:numId="14" w16cid:durableId="1338145327">
    <w:abstractNumId w:val="11"/>
  </w:num>
  <w:num w:numId="15" w16cid:durableId="1663971000">
    <w:abstractNumId w:val="19"/>
  </w:num>
  <w:num w:numId="16" w16cid:durableId="1781951849">
    <w:abstractNumId w:val="14"/>
  </w:num>
  <w:num w:numId="17" w16cid:durableId="1870726458">
    <w:abstractNumId w:val="13"/>
  </w:num>
  <w:num w:numId="18" w16cid:durableId="2019191051">
    <w:abstractNumId w:val="20"/>
  </w:num>
  <w:num w:numId="19" w16cid:durableId="237053801">
    <w:abstractNumId w:val="16"/>
  </w:num>
  <w:num w:numId="20" w16cid:durableId="497695188">
    <w:abstractNumId w:val="15"/>
  </w:num>
  <w:num w:numId="21" w16cid:durableId="575479363">
    <w:abstractNumId w:val="12"/>
  </w:num>
  <w:num w:numId="22" w16cid:durableId="8268711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AE0"/>
    <w:rsid w:val="0006063C"/>
    <w:rsid w:val="000C2E1C"/>
    <w:rsid w:val="00116DC9"/>
    <w:rsid w:val="0015074B"/>
    <w:rsid w:val="00186900"/>
    <w:rsid w:val="001B3789"/>
    <w:rsid w:val="001B74CE"/>
    <w:rsid w:val="0029639D"/>
    <w:rsid w:val="003150BC"/>
    <w:rsid w:val="00326F90"/>
    <w:rsid w:val="0033396E"/>
    <w:rsid w:val="00340F27"/>
    <w:rsid w:val="00357E0A"/>
    <w:rsid w:val="0036019C"/>
    <w:rsid w:val="003B0D59"/>
    <w:rsid w:val="004279C2"/>
    <w:rsid w:val="004860E9"/>
    <w:rsid w:val="0049165C"/>
    <w:rsid w:val="004B7A82"/>
    <w:rsid w:val="005368FD"/>
    <w:rsid w:val="00567AA3"/>
    <w:rsid w:val="005709A3"/>
    <w:rsid w:val="005F6A67"/>
    <w:rsid w:val="00700E7B"/>
    <w:rsid w:val="00787337"/>
    <w:rsid w:val="00831310"/>
    <w:rsid w:val="00856CCC"/>
    <w:rsid w:val="00856EEE"/>
    <w:rsid w:val="008672A0"/>
    <w:rsid w:val="0089220E"/>
    <w:rsid w:val="00982F2B"/>
    <w:rsid w:val="00997FB6"/>
    <w:rsid w:val="00A05C07"/>
    <w:rsid w:val="00A429FB"/>
    <w:rsid w:val="00A44D6C"/>
    <w:rsid w:val="00A77CF0"/>
    <w:rsid w:val="00AA1D8D"/>
    <w:rsid w:val="00B03703"/>
    <w:rsid w:val="00B03FDA"/>
    <w:rsid w:val="00B36EF2"/>
    <w:rsid w:val="00B47730"/>
    <w:rsid w:val="00B52B4D"/>
    <w:rsid w:val="00C31D85"/>
    <w:rsid w:val="00C516E8"/>
    <w:rsid w:val="00CB0664"/>
    <w:rsid w:val="00CC4E2E"/>
    <w:rsid w:val="00CE18C9"/>
    <w:rsid w:val="00D67D08"/>
    <w:rsid w:val="00D82F7F"/>
    <w:rsid w:val="00E057B1"/>
    <w:rsid w:val="00EF5385"/>
    <w:rsid w:val="00F82499"/>
    <w:rsid w:val="00F931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3C8B4BA-64FF-49A2-87DD-9A9AEF0B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853"/>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6853"/>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57689e-f4a4-4890-a938-5365d183142a">
      <Terms xmlns="http://schemas.microsoft.com/office/infopath/2007/PartnerControls"/>
    </lcf76f155ced4ddcb4097134ff3c332f>
    <TaxCatchAll xmlns="6f769550-84ac-4451-845c-d0969c58f470" xsi:nil="true"/>
    <Authoriser xmlns="b557689e-f4a4-4890-a938-5365d183142a" xsi:nil="true"/>
    <Nomination xmlns="b557689e-f4a4-4890-a938-5365d183142a" xsi:nil="true"/>
    <TYVorIYR xmlns="b557689e-f4a4-4890-a938-5365d183142a" xsi:nil="true"/>
    <Nominee xmlns="b557689e-f4a4-4890-a938-5365d18314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1A2A32D203DA4F841AD045E5678181" ma:contentTypeVersion="20" ma:contentTypeDescription="Create a new document." ma:contentTypeScope="" ma:versionID="1d6912da3590b9da28cbb3f68af77ea9">
  <xsd:schema xmlns:xsd="http://www.w3.org/2001/XMLSchema" xmlns:xs="http://www.w3.org/2001/XMLSchema" xmlns:p="http://schemas.microsoft.com/office/2006/metadata/properties" xmlns:ns2="b557689e-f4a4-4890-a938-5365d183142a" xmlns:ns3="6f769550-84ac-4451-845c-d0969c58f470" targetNamespace="http://schemas.microsoft.com/office/2006/metadata/properties" ma:root="true" ma:fieldsID="9657bc499ffa04f1489626bb9239fb8b" ns2:_="" ns3:_="">
    <xsd:import namespace="b557689e-f4a4-4890-a938-5365d183142a"/>
    <xsd:import namespace="6f769550-84ac-4451-845c-d0969c58f4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Nominee" minOccurs="0"/>
                <xsd:element ref="ns2:Authoriser" minOccurs="0"/>
                <xsd:element ref="ns2:TYVorIYR" minOccurs="0"/>
                <xsd:element ref="ns2:Nomin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7689e-f4a4-4890-a938-5365d18314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d8f391-9471-44b6-aaa9-67696d12134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Nominee" ma:index="21" nillable="true" ma:displayName="Nominee" ma:format="Dropdown" ma:internalName="Nominee">
      <xsd:simpleType>
        <xsd:restriction base="dms:Text">
          <xsd:maxLength value="255"/>
        </xsd:restriction>
      </xsd:simpleType>
    </xsd:element>
    <xsd:element name="Authoriser" ma:index="22" nillable="true" ma:displayName="Authoriser" ma:format="Dropdown" ma:internalName="Authoriser">
      <xsd:simpleType>
        <xsd:restriction base="dms:Text">
          <xsd:maxLength value="255"/>
        </xsd:restriction>
      </xsd:simpleType>
    </xsd:element>
    <xsd:element name="TYVorIYR" ma:index="23" nillable="true" ma:displayName="TYV or IYR" ma:format="Dropdown" ma:internalName="TYVorIYR">
      <xsd:simpleType>
        <xsd:restriction base="dms:Text">
          <xsd:maxLength value="255"/>
        </xsd:restriction>
      </xsd:simpleType>
    </xsd:element>
    <xsd:element name="Nomination" ma:index="24" nillable="true" ma:displayName="Nomination " ma:format="Dropdown" ma:internalName="Nomin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769550-84ac-4451-845c-d0969c58f47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6fb2441-abb8-4502-9640-301496562317}" ma:internalName="TaxCatchAll" ma:showField="CatchAllData" ma:web="6f769550-84ac-4451-845c-d0969c58f4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8301-20C7-4652-B3C0-289791DE4BD5}">
  <ds:schemaRefs>
    <ds:schemaRef ds:uri="http://schemas.microsoft.com/office/2006/metadata/properties"/>
    <ds:schemaRef ds:uri="http://schemas.microsoft.com/office/infopath/2007/PartnerControls"/>
    <ds:schemaRef ds:uri="b557689e-f4a4-4890-a938-5365d183142a"/>
    <ds:schemaRef ds:uri="6f769550-84ac-4451-845c-d0969c58f470"/>
  </ds:schemaRefs>
</ds:datastoreItem>
</file>

<file path=customXml/itemProps2.xml><?xml version="1.0" encoding="utf-8"?>
<ds:datastoreItem xmlns:ds="http://schemas.openxmlformats.org/officeDocument/2006/customXml" ds:itemID="{4315B2E0-4F88-4FFD-A8C7-1162963CE64B}">
  <ds:schemaRefs>
    <ds:schemaRef ds:uri="http://schemas.microsoft.com/sharepoint/v3/contenttype/forms"/>
  </ds:schemaRefs>
</ds:datastoreItem>
</file>

<file path=customXml/itemProps3.xml><?xml version="1.0" encoding="utf-8"?>
<ds:datastoreItem xmlns:ds="http://schemas.openxmlformats.org/officeDocument/2006/customXml" ds:itemID="{701B3B24-68DD-44BB-A8FD-50C4E8901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7689e-f4a4-4890-a938-5365d183142a"/>
    <ds:schemaRef ds:uri="6f769550-84ac-4451-845c-d0969c58f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feece0-e522-47ee-912f-668f122d495e}" enabled="1" method="Standard" siteId="{99d20d2d-8923-45d8-b9ad-5038c97582e3}"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2695</Words>
  <Characters>15365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Challenge 2027 Associate Themes</dc:title>
  <dc:creator>John Williams</dc:creator>
  <dc:description>generated by python-docx</dc:description>
  <cp:lastModifiedBy>Rhianedd Rhys</cp:lastModifiedBy>
  <cp:revision>2</cp:revision>
  <dcterms:created xsi:type="dcterms:W3CDTF">2026-10-01T15:12:00Z</dcterms:created>
  <dcterms:modified xsi:type="dcterms:W3CDTF">2026-10-01T15:12:00Z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0x0101002B1A2A32D203DA4F841AD045E5678181</vt:lpwstr>
  </property>
  <property fmtid="{D5CDD505-2E9C-101B-9397-08002B2CF9AE}" pid="3" name="docLang">
    <vt:lpwstr>en</vt:lpwstr>
  </property>
  <property fmtid="{D5CDD505-2E9C-101B-9397-08002B2CF9AE}" pid="4" name="MediaServiceImageTags">
    <vt:lpwstr/>
  </property>
</Properties>
</file>